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 w:after="160"/>
        <w:jc w:val="center"/>
      </w:pPr>
      <w:r>
        <w:rPr>
          <w:b/>
          <w:color w:val="6B5B95"/>
          <w:sz w:val="44"/>
        </w:rPr>
        <w:t>关于睡眠姿势和环境建议</w:t>
      </w:r>
    </w:p>
    <w:p>
      <w:pPr>
        <w:spacing w:after="120" w:line="372" w:lineRule="auto"/>
      </w:pPr>
      <w:r>
        <w:rPr>
          <w:i/>
          <w:color w:val="888888"/>
          <w:sz w:val="22"/>
        </w:rPr>
        <w:t>无忧睡眠 · 免费资料</w:t>
      </w:r>
    </w:p>
    <w:p>
      <w:pPr>
        <w:spacing w:before="120" w:after="240"/>
        <w:ind w:left="283" w:right="283"/>
        <w:pBdr>
          <w:left w:val="single" w:sz="24" w:space="8" w:color="6B5B95"/>
        </w:pBdr>
      </w:pPr>
      <w:r>
        <w:rPr>
          <w:i/>
          <w:color w:val="6B5B95"/>
          <w:sz w:val="22"/>
        </w:rPr>
        <w:t>很多人一失眠就急着换枕头、买遮光帘、搜香薰攻略。</w:t>
        <w:br/>
        <w:t>但睡眠姿势和环境，能帮你的最多是 20–30% 的"入睡难度"。</w:t>
        <w:br/>
        <w:t>剩下 70–80%——在类型和节奏里。</w:t>
        <w:br/>
        <w:t>方向错了，再贵的枕头也救不了。</w:t>
      </w:r>
    </w:p>
    <w:p>
      <w:pPr>
        <w:spacing w:before="360" w:after="160"/>
        <w:shd w:val="clear" w:color="auto" w:fill="F3EEF8"/>
      </w:pPr>
      <w:r>
        <w:rPr>
          <w:b/>
          <w:color w:val="6B5B95"/>
          <w:sz w:val="32"/>
        </w:rPr>
        <w:t>动手前先记住一句话：失眠是分类型的</w:t>
      </w:r>
    </w:p>
    <w:p>
      <w:pPr>
        <w:spacing w:after="120" w:line="372" w:lineRule="auto"/>
        <w:ind w:firstLine="420"/>
      </w:pPr>
      <w:r>
        <w:rPr>
          <w:color w:val="333333"/>
          <w:sz w:val="22"/>
        </w:rPr>
        <w:t>你可能是 焦虑型、生物钟紊乱型、神经疲劳型，或者几种叠加。</w:t>
      </w:r>
    </w:p>
    <w:p>
      <w:pPr>
        <w:spacing w:after="120" w:line="372" w:lineRule="auto"/>
        <w:ind w:firstLine="420"/>
      </w:pPr>
      <w:r>
        <w:rPr>
          <w:color w:val="333333"/>
          <w:sz w:val="22"/>
        </w:rPr>
        <w:t>不同的类型，需要的姿势和环境完全相反：</w:t>
      </w:r>
    </w:p>
    <w:p>
      <w:pPr>
        <w:pStyle w:val="ListBullet"/>
        <w:spacing w:after="40" w:line="360" w:lineRule="auto"/>
      </w:pPr>
      <w:r>
        <w:rPr>
          <w:color w:val="333333"/>
          <w:sz w:val="22"/>
        </w:rPr>
        <w:t>焦虑型失眠要的是"门锁感、整洁、低警觉"，不是安静</w:t>
      </w:r>
    </w:p>
    <w:p>
      <w:pPr>
        <w:pStyle w:val="ListBullet"/>
        <w:spacing w:after="40" w:line="360" w:lineRule="auto"/>
      </w:pPr>
      <w:r>
        <w:rPr>
          <w:color w:val="333333"/>
          <w:sz w:val="22"/>
        </w:rPr>
        <w:t>生物钟紊乱型要的是"早晨强光、卧室全黑"，不是香薰</w:t>
      </w:r>
    </w:p>
    <w:p>
      <w:pPr>
        <w:pStyle w:val="ListBullet"/>
        <w:spacing w:after="40" w:line="360" w:lineRule="auto"/>
      </w:pPr>
      <w:r>
        <w:rPr>
          <w:color w:val="333333"/>
          <w:sz w:val="22"/>
        </w:rPr>
        <w:t>神经疲劳型要的是"降温、减负、极简视觉"，不是更多声音</w:t>
      </w:r>
    </w:p>
    <w:p>
      <w:pPr>
        <w:pStyle w:val="ListBullet"/>
        <w:spacing w:after="40" w:line="360" w:lineRule="auto"/>
      </w:pPr>
      <w:r>
        <w:rPr>
          <w:color w:val="333333"/>
          <w:sz w:val="22"/>
        </w:rPr>
        <w:t>习惯熬夜型要的是"手机出卧室、断诱惑"，不是更贵的床垫</w:t>
      </w:r>
    </w:p>
    <w:p>
      <w:pPr>
        <w:spacing w:after="120" w:line="372" w:lineRule="auto"/>
        <w:ind w:firstLine="420"/>
      </w:pPr>
      <w:r>
        <w:rPr>
          <w:color w:val="333333"/>
          <w:sz w:val="22"/>
        </w:rPr>
        <w:t>动手前，先花 2 分钟做个 免费失眠分型测评（shuimian.xyz/assess/），搞清楚自己属于哪一类，再按下面的对照调，才不会白费力。</w:t>
      </w:r>
    </w:p>
    <w:p>
      <w:pPr>
        <w:spacing w:before="360" w:after="160"/>
        <w:shd w:val="clear" w:color="auto" w:fill="F3EEF8"/>
      </w:pPr>
      <w:r>
        <w:rPr>
          <w:b/>
          <w:color w:val="6B5B95"/>
          <w:sz w:val="32"/>
        </w:rPr>
        <w:t>第一部分：睡姿——没有"最好"，只有"匹配"</w:t>
      </w:r>
    </w:p>
    <w:p>
      <w:pPr>
        <w:spacing w:before="240" w:after="80"/>
      </w:pPr>
      <w:r>
        <w:rPr>
          <w:b/>
          <w:color w:val="333333"/>
          <w:sz w:val="26"/>
        </w:rPr>
        <w:t>仰卧（平躺）</w:t>
      </w:r>
    </w:p>
    <w:p>
      <w:pPr>
        <w:pStyle w:val="ListBullet"/>
        <w:spacing w:after="40" w:line="360" w:lineRule="auto"/>
      </w:pPr>
      <w:r>
        <w:rPr>
          <w:color w:val="333333"/>
          <w:sz w:val="22"/>
        </w:rPr>
        <w:t>适合：颈椎没大问题、不打鼾的人。</w:t>
      </w:r>
    </w:p>
    <w:p>
      <w:pPr>
        <w:pStyle w:val="ListBullet"/>
        <w:spacing w:after="40" w:line="360" w:lineRule="auto"/>
      </w:pPr>
      <w:r>
        <w:rPr>
          <w:color w:val="333333"/>
          <w:sz w:val="22"/>
        </w:rPr>
        <w:t>优势：脊柱最中立、最自然，脖子最放松。</w:t>
      </w:r>
    </w:p>
    <w:p>
      <w:pPr>
        <w:pStyle w:val="ListBullet"/>
        <w:spacing w:after="40" w:line="360" w:lineRule="auto"/>
      </w:pPr>
      <w:r>
        <w:rPr>
          <w:color w:val="333333"/>
          <w:sz w:val="22"/>
        </w:rPr>
        <w:t>不适合：习惯性打鼾 / 睡眠呼吸暂停（仰卧会让舌根后坠、气道变窄）、孕妇晚期。</w:t>
      </w:r>
    </w:p>
    <w:p>
      <w:pPr>
        <w:pStyle w:val="ListBullet"/>
        <w:spacing w:after="40" w:line="360" w:lineRule="auto"/>
      </w:pPr>
      <w:r>
        <w:rPr>
          <w:color w:val="333333"/>
          <w:sz w:val="22"/>
        </w:rPr>
        <w:t>小技巧：膝下垫一个薄枕头，能让腰部贴床、放松下背。</w:t>
      </w:r>
    </w:p>
    <w:p>
      <w:pPr>
        <w:spacing w:before="240" w:after="80"/>
      </w:pPr>
      <w:r>
        <w:rPr>
          <w:b/>
          <w:color w:val="333333"/>
          <w:sz w:val="26"/>
        </w:rPr>
        <w:t>侧卧</w:t>
      </w:r>
    </w:p>
    <w:p>
      <w:pPr>
        <w:pStyle w:val="ListBullet"/>
        <w:spacing w:after="40" w:line="360" w:lineRule="auto"/>
      </w:pPr>
      <w:r>
        <w:rPr>
          <w:color w:val="333333"/>
          <w:sz w:val="22"/>
        </w:rPr>
        <w:t>左侧卧：对 胃食管反流 友好（胃在左侧，食物不易回流）；也是 孕妇 推荐姿势。</w:t>
      </w:r>
    </w:p>
    <w:p>
      <w:pPr>
        <w:pStyle w:val="ListBullet"/>
        <w:spacing w:after="40" w:line="360" w:lineRule="auto"/>
      </w:pPr>
      <w:r>
        <w:rPr>
          <w:color w:val="333333"/>
          <w:sz w:val="22"/>
        </w:rPr>
        <w:t>右侧卧：对心脏压力小；但可能加重胃食管反流。</w:t>
      </w:r>
    </w:p>
    <w:p>
      <w:pPr>
        <w:pStyle w:val="ListBullet"/>
        <w:spacing w:after="40" w:line="360" w:lineRule="auto"/>
      </w:pPr>
      <w:r>
        <w:rPr>
          <w:color w:val="333333"/>
          <w:sz w:val="22"/>
        </w:rPr>
        <w:t>通用调整：腿间夹一个枕头，脊柱更中立；手臂不要压在身体下。</w:t>
      </w:r>
    </w:p>
    <w:p>
      <w:pPr>
        <w:spacing w:before="240" w:after="80"/>
      </w:pPr>
      <w:r>
        <w:rPr>
          <w:b/>
          <w:color w:val="333333"/>
          <w:sz w:val="26"/>
        </w:rPr>
        <w:t>俯卧（趴睡）</w:t>
      </w:r>
    </w:p>
    <w:p>
      <w:pPr>
        <w:spacing w:after="120" w:line="372" w:lineRule="auto"/>
        <w:ind w:firstLine="420"/>
      </w:pPr>
      <w:r>
        <w:rPr>
          <w:color w:val="333333"/>
          <w:sz w:val="22"/>
        </w:rPr>
        <w:t>不推荐——颈椎过度后仰、腰椎压力、呼吸受限。</w:t>
      </w:r>
    </w:p>
    <w:p>
      <w:pPr>
        <w:spacing w:after="120" w:line="372" w:lineRule="auto"/>
        <w:ind w:firstLine="420"/>
      </w:pPr>
      <w:r>
        <w:rPr>
          <w:color w:val="333333"/>
          <w:sz w:val="22"/>
        </w:rPr>
        <w:t>如果只能趴：把枕头垫在 骨盆 下而不是胸口，减轻腰椎负担；脸朝向一侧，避免长时间侧头。</w:t>
      </w:r>
    </w:p>
    <w:p>
      <w:pPr>
        <w:spacing w:before="240" w:after="80"/>
      </w:pPr>
      <w:r>
        <w:rPr>
          <w:b/>
          <w:color w:val="333333"/>
          <w:sz w:val="26"/>
        </w:rPr>
        <w:t>胎儿睡姿（蜷成球）</w:t>
      </w:r>
    </w:p>
    <w:p>
      <w:pPr>
        <w:pStyle w:val="ListBullet"/>
        <w:spacing w:after="40" w:line="360" w:lineRule="auto"/>
      </w:pPr>
      <w:r>
        <w:rPr>
          <w:color w:val="333333"/>
          <w:sz w:val="22"/>
        </w:rPr>
        <w:t>适合：压力大、想要被"抱住"感的人。</w:t>
      </w:r>
    </w:p>
    <w:p>
      <w:pPr>
        <w:pStyle w:val="ListBullet"/>
        <w:spacing w:after="40" w:line="360" w:lineRule="auto"/>
      </w:pPr>
      <w:r>
        <w:rPr>
          <w:color w:val="333333"/>
          <w:sz w:val="22"/>
        </w:rPr>
        <w:t>注意：蜷太紧会限制呼吸、压胸。稍微松一些，别真缩成虾米。</w:t>
      </w:r>
    </w:p>
    <w:p>
      <w:pPr>
        <w:spacing w:before="240" w:after="80"/>
      </w:pPr>
      <w:r>
        <w:rPr>
          <w:b/>
          <w:color w:val="333333"/>
          <w:sz w:val="26"/>
        </w:rPr>
        <w:t>按问题挑睡姿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shd w:val="clear" w:color="auto" w:fill="6B5B95"/>
          </w:tcPr>
          <w:p>
            <w:r/>
            <w:r>
              <w:rPr>
                <w:b/>
                <w:color w:val="FFFFFF"/>
                <w:sz w:val="22"/>
              </w:rPr>
              <w:t>你的问题</w:t>
            </w:r>
          </w:p>
        </w:tc>
        <w:tc>
          <w:tcPr>
            <w:tcW w:type="dxa" w:w="4873"/>
            <w:shd w:val="clear" w:color="auto" w:fill="6B5B95"/>
          </w:tcPr>
          <w:p>
            <w:r/>
            <w:r>
              <w:rPr>
                <w:b/>
                <w:color w:val="FFFFFF"/>
                <w:sz w:val="22"/>
              </w:rPr>
              <w:t>推荐睡姿</w:t>
            </w:r>
          </w:p>
        </w:tc>
      </w:tr>
      <w:tr>
        <w:tc>
          <w:tcPr>
            <w:tcW w:type="dxa" w:w="4873"/>
          </w:tcPr>
          <w:p>
            <w:r/>
            <w:r>
              <w:rPr>
                <w:color w:val="333333"/>
                <w:sz w:val="22"/>
              </w:rPr>
              <w:t>打鼾 / 睡眠呼吸暂停</w:t>
            </w:r>
          </w:p>
        </w:tc>
        <w:tc>
          <w:tcPr>
            <w:tcW w:type="dxa" w:w="4873"/>
          </w:tcPr>
          <w:p>
            <w:r/>
            <w:r>
              <w:rPr>
                <w:color w:val="333333"/>
                <w:sz w:val="22"/>
              </w:rPr>
              <w:t>侧卧（哪边都行，关键是别仰）</w:t>
            </w:r>
          </w:p>
        </w:tc>
      </w:tr>
      <w:tr>
        <w:tc>
          <w:tcPr>
            <w:tcW w:type="dxa" w:w="4873"/>
          </w:tcPr>
          <w:p>
            <w:r/>
            <w:r>
              <w:rPr>
                <w:color w:val="333333"/>
                <w:sz w:val="22"/>
              </w:rPr>
              <w:t>胃食管反流</w:t>
            </w:r>
          </w:p>
        </w:tc>
        <w:tc>
          <w:tcPr>
            <w:tcW w:type="dxa" w:w="4873"/>
          </w:tcPr>
          <w:p>
            <w:r/>
            <w:r>
              <w:rPr>
                <w:color w:val="333333"/>
                <w:sz w:val="22"/>
              </w:rPr>
              <w:t>左侧卧 + 上半身垫高 15-20°</w:t>
            </w:r>
          </w:p>
        </w:tc>
      </w:tr>
      <w:tr>
        <w:tc>
          <w:tcPr>
            <w:tcW w:type="dxa" w:w="4873"/>
          </w:tcPr>
          <w:p>
            <w:r/>
            <w:r>
              <w:rPr>
                <w:color w:val="333333"/>
                <w:sz w:val="22"/>
              </w:rPr>
              <w:t>孕妇（尤其中晚期）</w:t>
            </w:r>
          </w:p>
        </w:tc>
        <w:tc>
          <w:tcPr>
            <w:tcW w:type="dxa" w:w="4873"/>
          </w:tcPr>
          <w:p>
            <w:r/>
            <w:r>
              <w:rPr>
                <w:color w:val="333333"/>
                <w:sz w:val="22"/>
              </w:rPr>
              <w:t>左侧卧，腿间夹枕</w:t>
            </w:r>
          </w:p>
        </w:tc>
      </w:tr>
      <w:tr>
        <w:tc>
          <w:tcPr>
            <w:tcW w:type="dxa" w:w="4873"/>
          </w:tcPr>
          <w:p>
            <w:r/>
            <w:r>
              <w:rPr>
                <w:color w:val="333333"/>
                <w:sz w:val="22"/>
              </w:rPr>
              <w:t>腰背痛</w:t>
            </w:r>
          </w:p>
        </w:tc>
        <w:tc>
          <w:tcPr>
            <w:tcW w:type="dxa" w:w="4873"/>
          </w:tcPr>
          <w:p>
            <w:r/>
            <w:r>
              <w:rPr>
                <w:color w:val="333333"/>
                <w:sz w:val="22"/>
              </w:rPr>
              <w:t>仰卧膝下垫枕 / 侧卧腿间夹枕</w:t>
            </w:r>
          </w:p>
        </w:tc>
      </w:tr>
      <w:tr>
        <w:tc>
          <w:tcPr>
            <w:tcW w:type="dxa" w:w="4873"/>
          </w:tcPr>
          <w:p>
            <w:r/>
            <w:r>
              <w:rPr>
                <w:color w:val="333333"/>
                <w:sz w:val="22"/>
              </w:rPr>
              <w:t>鼻塞</w:t>
            </w:r>
          </w:p>
        </w:tc>
        <w:tc>
          <w:tcPr>
            <w:tcW w:type="dxa" w:w="4873"/>
          </w:tcPr>
          <w:p>
            <w:r/>
            <w:r>
              <w:rPr>
                <w:color w:val="333333"/>
                <w:sz w:val="22"/>
              </w:rPr>
              <w:t>侧卧——哪边通气哪边朝上</w:t>
            </w:r>
          </w:p>
        </w:tc>
      </w:tr>
      <w:tr>
        <w:tc>
          <w:tcPr>
            <w:tcW w:type="dxa" w:w="4873"/>
          </w:tcPr>
          <w:p>
            <w:r/>
            <w:r>
              <w:rPr>
                <w:color w:val="333333"/>
                <w:sz w:val="22"/>
              </w:rPr>
              <w:t>压力大、想被抱住</w:t>
            </w:r>
          </w:p>
        </w:tc>
        <w:tc>
          <w:tcPr>
            <w:tcW w:type="dxa" w:w="4873"/>
          </w:tcPr>
          <w:p>
            <w:r/>
            <w:r>
              <w:rPr>
                <w:color w:val="333333"/>
                <w:sz w:val="22"/>
              </w:rPr>
              <w:t>胎儿睡姿（松一些）</w:t>
            </w:r>
          </w:p>
        </w:tc>
      </w:tr>
      <w:tr>
        <w:tc>
          <w:tcPr>
            <w:tcW w:type="dxa" w:w="4873"/>
          </w:tcPr>
          <w:p>
            <w:r/>
            <w:r>
              <w:rPr>
                <w:color w:val="333333"/>
                <w:sz w:val="22"/>
              </w:rPr>
              <w:t>颈椎不舒服</w:t>
            </w:r>
          </w:p>
        </w:tc>
        <w:tc>
          <w:tcPr>
            <w:tcW w:type="dxa" w:w="4873"/>
          </w:tcPr>
          <w:p>
            <w:r/>
            <w:r>
              <w:rPr>
                <w:color w:val="333333"/>
                <w:sz w:val="22"/>
              </w:rPr>
              <w:t>仰卧，枕头高度一拳</w:t>
            </w:r>
          </w:p>
        </w:tc>
      </w:tr>
    </w:tbl>
    <w:p/>
    <w:p>
      <w:pPr>
        <w:spacing w:before="360" w:after="160"/>
        <w:shd w:val="clear" w:color="auto" w:fill="F3EEF8"/>
      </w:pPr>
      <w:r>
        <w:rPr>
          <w:b/>
          <w:color w:val="6B5B95"/>
          <w:sz w:val="32"/>
        </w:rPr>
        <w:t>第二部分：睡眠环境——7 个变量</w:t>
      </w:r>
    </w:p>
    <w:p>
      <w:pPr>
        <w:spacing w:before="240" w:after="80"/>
      </w:pPr>
      <w:r>
        <w:rPr>
          <w:b/>
          <w:color w:val="333333"/>
          <w:sz w:val="26"/>
        </w:rPr>
        <w:t>1. 温度：核心要凉，手脚要暖</w:t>
      </w:r>
    </w:p>
    <w:p>
      <w:pPr>
        <w:spacing w:after="120" w:line="372" w:lineRule="auto"/>
        <w:ind w:firstLine="420"/>
      </w:pPr>
      <w:r>
        <w:rPr>
          <w:color w:val="333333"/>
          <w:sz w:val="22"/>
        </w:rPr>
        <w:t>入睡的本质是 核心体温下降约 1°C。所以"房间凉"比"被子厚"重要得多。</w:t>
      </w:r>
    </w:p>
    <w:p>
      <w:pPr>
        <w:pStyle w:val="ListBullet"/>
        <w:spacing w:after="40" w:line="360" w:lineRule="auto"/>
      </w:pPr>
      <w:r>
        <w:rPr>
          <w:color w:val="333333"/>
          <w:sz w:val="22"/>
        </w:rPr>
        <w:t>室温 18–22°C 是大多数人的最优区间</w:t>
      </w:r>
    </w:p>
    <w:p>
      <w:pPr>
        <w:pStyle w:val="ListBullet"/>
        <w:spacing w:after="40" w:line="360" w:lineRule="auto"/>
      </w:pPr>
      <w:r>
        <w:rPr>
          <w:color w:val="333333"/>
          <w:sz w:val="22"/>
        </w:rPr>
        <w:t>睡前穿袜子 / 热水泡脚 10 分钟，扩张末梢血管，帮核心降温</w:t>
      </w:r>
    </w:p>
    <w:p>
      <w:pPr>
        <w:pStyle w:val="ListBullet"/>
        <w:spacing w:after="40" w:line="360" w:lineRule="auto"/>
      </w:pPr>
      <w:r>
        <w:rPr>
          <w:color w:val="333333"/>
          <w:sz w:val="22"/>
        </w:rPr>
        <w:t>太冷或太热都会破坏深睡；夫妻体感不同，用 两层被子 比调室温更省事</w:t>
      </w:r>
    </w:p>
    <w:p>
      <w:pPr>
        <w:spacing w:before="240" w:after="80"/>
      </w:pPr>
      <w:r>
        <w:rPr>
          <w:b/>
          <w:color w:val="333333"/>
          <w:sz w:val="26"/>
        </w:rPr>
        <w:t>2. 光线：卧室要"全黑"</w:t>
      </w:r>
    </w:p>
    <w:p>
      <w:pPr>
        <w:spacing w:after="120" w:line="372" w:lineRule="auto"/>
        <w:ind w:firstLine="420"/>
      </w:pPr>
      <w:r>
        <w:rPr>
          <w:color w:val="333333"/>
          <w:sz w:val="22"/>
        </w:rPr>
        <w:t>卧室里最亮的东西，不该是你的手机屏幕。</w:t>
      </w:r>
    </w:p>
    <w:p>
      <w:pPr>
        <w:pStyle w:val="ListBullet"/>
        <w:spacing w:after="40" w:line="360" w:lineRule="auto"/>
      </w:pPr>
      <w:r>
        <w:rPr>
          <w:color w:val="333333"/>
          <w:sz w:val="22"/>
        </w:rPr>
        <w:t>睡前 1 小时关强光，让褪黑素开始分泌</w:t>
      </w:r>
    </w:p>
    <w:p>
      <w:pPr>
        <w:pStyle w:val="ListBullet"/>
        <w:spacing w:after="40" w:line="360" w:lineRule="auto"/>
      </w:pPr>
      <w:r>
        <w:rPr>
          <w:color w:val="333333"/>
          <w:sz w:val="22"/>
        </w:rPr>
        <w:t>遮光窗帘：早晨的光会 直接叫醒 你（哪怕你还想睡）</w:t>
      </w:r>
    </w:p>
    <w:p>
      <w:pPr>
        <w:pStyle w:val="ListBullet"/>
        <w:spacing w:after="40" w:line="360" w:lineRule="auto"/>
      </w:pPr>
      <w:r>
        <w:rPr>
          <w:color w:val="333333"/>
          <w:sz w:val="22"/>
        </w:rPr>
        <w:t>起夜用 低位暖光小夜灯（红/橙色最好，不压制褪黑素）</w:t>
      </w:r>
    </w:p>
    <w:p>
      <w:pPr>
        <w:pStyle w:val="ListBullet"/>
        <w:spacing w:after="40" w:line="360" w:lineRule="auto"/>
      </w:pPr>
      <w:r>
        <w:rPr>
          <w:color w:val="333333"/>
          <w:sz w:val="22"/>
        </w:rPr>
        <w:t>卧室 不放电子时钟 ——半夜看时间 = 直接加重焦虑</w:t>
      </w:r>
    </w:p>
    <w:p>
      <w:pPr>
        <w:spacing w:before="240" w:after="80"/>
      </w:pPr>
      <w:r>
        <w:rPr>
          <w:b/>
          <w:color w:val="333333"/>
          <w:sz w:val="26"/>
        </w:rPr>
        <w:t>3. 声音：不是越安静越好</w:t>
      </w:r>
    </w:p>
    <w:p>
      <w:pPr>
        <w:spacing w:after="120" w:line="372" w:lineRule="auto"/>
        <w:ind w:firstLine="420"/>
      </w:pPr>
      <w:r>
        <w:rPr>
          <w:color w:val="333333"/>
          <w:sz w:val="22"/>
        </w:rPr>
        <w:t>绝对安静反而会 放大耳鸣、心跳声，让你更焦虑。</w:t>
      </w:r>
    </w:p>
    <w:p>
      <w:pPr>
        <w:pStyle w:val="ListBullet"/>
        <w:spacing w:after="40" w:line="360" w:lineRule="auto"/>
      </w:pPr>
      <w:r>
        <w:rPr>
          <w:color w:val="333333"/>
          <w:sz w:val="22"/>
        </w:rPr>
        <w:t>推荐：白噪音（雨声、风声、流水声）或 粉噪音（更柔）</w:t>
      </w:r>
    </w:p>
    <w:p>
      <w:pPr>
        <w:pStyle w:val="ListBullet"/>
        <w:spacing w:after="40" w:line="360" w:lineRule="auto"/>
      </w:pPr>
      <w:r>
        <w:rPr>
          <w:color w:val="333333"/>
          <w:sz w:val="22"/>
        </w:rPr>
        <w:t>耳塞适合真正安静的环境；嘈杂环境用白噪音机</w:t>
      </w:r>
    </w:p>
    <w:p>
      <w:pPr>
        <w:pStyle w:val="ListBullet"/>
        <w:spacing w:after="40" w:line="360" w:lineRule="auto"/>
      </w:pPr>
      <w:r>
        <w:rPr>
          <w:color w:val="333333"/>
          <w:sz w:val="22"/>
        </w:rPr>
        <w:t>关键：一致 的声音比绝对安静好。让大脑预测"接下来也是这样" = 安全感</w:t>
      </w:r>
    </w:p>
    <w:p>
      <w:pPr>
        <w:spacing w:before="240" w:after="80"/>
      </w:pPr>
      <w:r>
        <w:rPr>
          <w:b/>
          <w:color w:val="333333"/>
          <w:sz w:val="26"/>
        </w:rPr>
        <w:t>4. 床垫和枕头：别追求"贵"，追求"对"</w:t>
      </w:r>
    </w:p>
    <w:p>
      <w:pPr>
        <w:spacing w:after="120" w:line="372" w:lineRule="auto"/>
        <w:ind w:firstLine="420"/>
      </w:pPr>
      <w:r>
        <w:rPr>
          <w:color w:val="333333"/>
          <w:sz w:val="22"/>
        </w:rPr>
        <w:t>没有最好的，只有"匹配你的睡姿和体型的"。</w:t>
      </w:r>
    </w:p>
    <w:p>
      <w:pPr>
        <w:pStyle w:val="ListBullet"/>
        <w:spacing w:after="40" w:line="360" w:lineRule="auto"/>
      </w:pPr>
      <w:r>
        <w:rPr>
          <w:color w:val="333333"/>
          <w:sz w:val="22"/>
        </w:rPr>
        <w:t>床垫硬度：仰卧=中等；侧卧=稍软（让肩、髋下沉）；俯卧=稍硬</w:t>
      </w:r>
    </w:p>
    <w:p>
      <w:pPr>
        <w:pStyle w:val="ListBullet"/>
        <w:spacing w:after="40" w:line="360" w:lineRule="auto"/>
      </w:pPr>
      <w:r>
        <w:rPr>
          <w:color w:val="333333"/>
          <w:sz w:val="22"/>
        </w:rPr>
        <w:t>枕头高度：仰卧=一拳高；侧卧=一拳半；俯卧=薄枕或不用</w:t>
      </w:r>
    </w:p>
    <w:p>
      <w:pPr>
        <w:pStyle w:val="ListBullet"/>
        <w:spacing w:after="40" w:line="360" w:lineRule="auto"/>
      </w:pPr>
      <w:r>
        <w:rPr>
          <w:color w:val="333333"/>
          <w:sz w:val="22"/>
        </w:rPr>
        <w:t>材质：乳胶 / 记忆棉 / 羽绒各有优劣，试了舒服就行</w:t>
      </w:r>
    </w:p>
    <w:p>
      <w:pPr>
        <w:spacing w:before="240" w:after="80"/>
      </w:pPr>
      <w:r>
        <w:rPr>
          <w:b/>
          <w:color w:val="333333"/>
          <w:sz w:val="26"/>
        </w:rPr>
        <w:t>5. 气味：弱证据，别神化</w:t>
      </w:r>
    </w:p>
    <w:p>
      <w:pPr>
        <w:pStyle w:val="ListBullet"/>
        <w:spacing w:after="40" w:line="360" w:lineRule="auto"/>
      </w:pPr>
      <w:r>
        <w:rPr>
          <w:color w:val="333333"/>
          <w:sz w:val="22"/>
        </w:rPr>
        <w:t>薰衣草、洋甘菊等 可能 助眠（研究不充分，但无害）</w:t>
      </w:r>
    </w:p>
    <w:p>
      <w:pPr>
        <w:pStyle w:val="ListBullet"/>
        <w:spacing w:after="40" w:line="360" w:lineRule="auto"/>
      </w:pPr>
      <w:r>
        <w:rPr>
          <w:color w:val="333333"/>
          <w:sz w:val="22"/>
        </w:rPr>
        <w:t>香薰 不能治失眠，别指望买一瓶精油解决问题</w:t>
      </w:r>
    </w:p>
    <w:p>
      <w:pPr>
        <w:pStyle w:val="ListBullet"/>
        <w:spacing w:after="40" w:line="360" w:lineRule="auto"/>
      </w:pPr>
      <w:r>
        <w:rPr>
          <w:color w:val="333333"/>
          <w:sz w:val="22"/>
        </w:rPr>
        <w:t>过敏体质慎用</w:t>
      </w:r>
    </w:p>
    <w:p>
      <w:pPr>
        <w:pStyle w:val="ListBullet"/>
        <w:spacing w:after="40" w:line="360" w:lineRule="auto"/>
      </w:pPr>
      <w:r>
        <w:rPr>
          <w:color w:val="333333"/>
          <w:sz w:val="22"/>
        </w:rPr>
        <w:t>气味不能盖过卧室的核心问题（光、温度、声音）</w:t>
      </w:r>
    </w:p>
    <w:p>
      <w:pPr>
        <w:spacing w:before="240" w:after="80"/>
      </w:pPr>
      <w:r>
        <w:rPr>
          <w:b/>
          <w:color w:val="333333"/>
          <w:sz w:val="26"/>
        </w:rPr>
        <w:t>6. 湿度：40–60%</w:t>
      </w:r>
    </w:p>
    <w:p>
      <w:pPr>
        <w:pStyle w:val="ListBullet"/>
        <w:spacing w:after="40" w:line="360" w:lineRule="auto"/>
      </w:pPr>
      <w:r>
        <w:rPr>
          <w:color w:val="333333"/>
          <w:sz w:val="22"/>
        </w:rPr>
        <w:t>太干：嗓子干、皮肤痒、鼻塞</w:t>
      </w:r>
    </w:p>
    <w:p>
      <w:pPr>
        <w:pStyle w:val="ListBullet"/>
        <w:spacing w:after="40" w:line="360" w:lineRule="auto"/>
      </w:pPr>
      <w:r>
        <w:rPr>
          <w:color w:val="333333"/>
          <w:sz w:val="22"/>
        </w:rPr>
        <w:t>太湿：闷、滋生螨虫、加重过敏</w:t>
      </w:r>
    </w:p>
    <w:p>
      <w:pPr>
        <w:pStyle w:val="ListBullet"/>
        <w:spacing w:after="40" w:line="360" w:lineRule="auto"/>
      </w:pPr>
      <w:r>
        <w:rPr>
          <w:color w:val="333333"/>
          <w:sz w:val="22"/>
        </w:rPr>
        <w:t>北方冬天：加湿器；南方梅雨：除湿机</w:t>
      </w:r>
    </w:p>
    <w:p>
      <w:pPr>
        <w:spacing w:before="240" w:after="80"/>
      </w:pPr>
      <w:r>
        <w:rPr>
          <w:b/>
          <w:color w:val="333333"/>
          <w:sz w:val="26"/>
        </w:rPr>
        <w:t>7. 电子设备和整洁度</w:t>
      </w:r>
    </w:p>
    <w:p>
      <w:pPr>
        <w:pStyle w:val="ListBullet"/>
        <w:spacing w:after="40" w:line="360" w:lineRule="auto"/>
      </w:pPr>
      <w:r>
        <w:rPr>
          <w:color w:val="333333"/>
          <w:sz w:val="22"/>
        </w:rPr>
        <w:t>卧室 不进手机（充电器放客厅门口，物理隔离）</w:t>
      </w:r>
    </w:p>
    <w:p>
      <w:pPr>
        <w:pStyle w:val="ListBullet"/>
        <w:spacing w:after="40" w:line="360" w:lineRule="auto"/>
      </w:pPr>
      <w:r>
        <w:rPr>
          <w:color w:val="333333"/>
          <w:sz w:val="22"/>
        </w:rPr>
        <w:t>床上 不办公、不看剧、不刷社交</w:t>
      </w:r>
    </w:p>
    <w:p>
      <w:pPr>
        <w:pStyle w:val="ListBullet"/>
        <w:spacing w:after="40" w:line="360" w:lineRule="auto"/>
      </w:pPr>
      <w:r>
        <w:rPr>
          <w:color w:val="333333"/>
          <w:sz w:val="22"/>
        </w:rPr>
        <w:t>卧室 = 睡觉 + 亲密，仅此而已</w:t>
      </w:r>
    </w:p>
    <w:p>
      <w:pPr>
        <w:pStyle w:val="ListBullet"/>
        <w:spacing w:after="40" w:line="360" w:lineRule="auto"/>
      </w:pPr>
      <w:r>
        <w:rPr>
          <w:color w:val="333333"/>
          <w:sz w:val="22"/>
        </w:rPr>
        <w:t>整洁的卧室：杂乱会 潜意识制造焦虑——大脑即使没意识，也在扫</w:t>
      </w:r>
    </w:p>
    <w:p>
      <w:pPr>
        <w:spacing w:before="360" w:after="160"/>
        <w:shd w:val="clear" w:color="auto" w:fill="F3EEF8"/>
      </w:pPr>
      <w:r>
        <w:rPr>
          <w:b/>
          <w:color w:val="6B5B95"/>
          <w:sz w:val="32"/>
        </w:rPr>
        <w:t>第三部分：按你的失眠类型，对照环境怎么调</w:t>
      </w:r>
    </w:p>
    <w:p>
      <w:pPr>
        <w:spacing w:before="240" w:after="80"/>
      </w:pPr>
      <w:r>
        <w:rPr>
          <w:b/>
          <w:color w:val="333333"/>
          <w:sz w:val="26"/>
        </w:rPr>
        <w:t>焦虑型失眠 — 环境目标：降警觉</w:t>
      </w:r>
    </w:p>
    <w:p>
      <w:pPr>
        <w:pStyle w:val="ListBullet"/>
        <w:spacing w:after="40" w:line="360" w:lineRule="auto"/>
      </w:pPr>
      <w:r>
        <w:rPr>
          <w:color w:val="333333"/>
          <w:sz w:val="22"/>
        </w:rPr>
        <w:t>把闹钟 / 手机 翻过去 或挪出视线——避免半夜看时间</w:t>
      </w:r>
    </w:p>
    <w:p>
      <w:pPr>
        <w:pStyle w:val="ListBullet"/>
        <w:spacing w:after="40" w:line="360" w:lineRule="auto"/>
      </w:pPr>
      <w:r>
        <w:rPr>
          <w:color w:val="333333"/>
          <w:sz w:val="22"/>
        </w:rPr>
        <w:t>卧室门 上锁 ——门锁感 = 心理安全感</w:t>
      </w:r>
    </w:p>
    <w:p>
      <w:pPr>
        <w:pStyle w:val="ListBullet"/>
        <w:spacing w:after="40" w:line="360" w:lineRule="auto"/>
      </w:pPr>
      <w:r>
        <w:rPr>
          <w:color w:val="333333"/>
          <w:sz w:val="22"/>
        </w:rPr>
        <w:t>整洁的卧室——混乱 = 潜意识焦虑</w:t>
      </w:r>
    </w:p>
    <w:p>
      <w:pPr>
        <w:pStyle w:val="ListBullet"/>
        <w:spacing w:after="40" w:line="360" w:lineRule="auto"/>
      </w:pPr>
      <w:r>
        <w:rPr>
          <w:color w:val="333333"/>
          <w:sz w:val="22"/>
        </w:rPr>
        <w:t>白噪音或舒缓音乐——盖过脑子里"想事情"的声音</w:t>
      </w:r>
    </w:p>
    <w:p>
      <w:pPr>
        <w:pStyle w:val="ListBullet"/>
        <w:spacing w:after="40" w:line="360" w:lineRule="auto"/>
      </w:pPr>
      <w:r>
        <w:rPr>
          <w:color w:val="333333"/>
          <w:sz w:val="22"/>
        </w:rPr>
        <w:t>灯光偏暖、偏暗——避免蓝光和冷白光</w:t>
      </w:r>
    </w:p>
    <w:p>
      <w:pPr>
        <w:spacing w:before="240" w:after="80"/>
      </w:pPr>
      <w:r>
        <w:rPr>
          <w:b/>
          <w:color w:val="333333"/>
          <w:sz w:val="26"/>
        </w:rPr>
        <w:t>生物钟紊乱型失眠 — 环境目标：给光信号</w:t>
      </w:r>
    </w:p>
    <w:p>
      <w:pPr>
        <w:pStyle w:val="ListBullet"/>
        <w:spacing w:after="40" w:line="360" w:lineRule="auto"/>
      </w:pPr>
      <w:r>
        <w:rPr>
          <w:color w:val="333333"/>
          <w:sz w:val="22"/>
        </w:rPr>
        <w:t>卧室 全黑 ——早晨不漏光（用遮光窗帘）</w:t>
      </w:r>
    </w:p>
    <w:p>
      <w:pPr>
        <w:pStyle w:val="ListBullet"/>
        <w:spacing w:after="40" w:line="360" w:lineRule="auto"/>
      </w:pPr>
      <w:r>
        <w:rPr>
          <w:color w:val="333333"/>
          <w:sz w:val="22"/>
        </w:rPr>
        <w:t>起床后 立刻见强光 ——拉开窗帘，10–20 分钟自然光，或用光疗灯</w:t>
      </w:r>
    </w:p>
    <w:p>
      <w:pPr>
        <w:pStyle w:val="ListBullet"/>
        <w:spacing w:after="40" w:line="360" w:lineRule="auto"/>
      </w:pPr>
      <w:r>
        <w:rPr>
          <w:color w:val="333333"/>
          <w:sz w:val="22"/>
        </w:rPr>
        <w:t>卧室 不进手机、不进电视</w:t>
      </w:r>
    </w:p>
    <w:p>
      <w:pPr>
        <w:pStyle w:val="ListBullet"/>
        <w:spacing w:after="40" w:line="360" w:lineRule="auto"/>
      </w:pPr>
      <w:r>
        <w:rPr>
          <w:color w:val="333333"/>
          <w:sz w:val="22"/>
        </w:rPr>
        <w:t>固定起床时间 ＞ 固定入睡时间（用起床锚定生物钟）</w:t>
      </w:r>
    </w:p>
    <w:p>
      <w:pPr>
        <w:pStyle w:val="ListBullet"/>
        <w:spacing w:after="40" w:line="360" w:lineRule="auto"/>
      </w:pPr>
      <w:r>
        <w:rPr>
          <w:color w:val="333333"/>
          <w:sz w:val="22"/>
        </w:rPr>
        <w:t>睡前 1 小时调暗所有灯——给"天黑了"的信号</w:t>
      </w:r>
    </w:p>
    <w:p>
      <w:pPr>
        <w:spacing w:before="240" w:after="80"/>
      </w:pPr>
      <w:r>
        <w:rPr>
          <w:b/>
          <w:color w:val="333333"/>
          <w:sz w:val="26"/>
        </w:rPr>
        <w:t>神经疲劳型失眠 — 环境目标：降温 + 减负</w:t>
      </w:r>
    </w:p>
    <w:p>
      <w:pPr>
        <w:pStyle w:val="ListBullet"/>
        <w:spacing w:after="40" w:line="360" w:lineRule="auto"/>
      </w:pPr>
      <w:r>
        <w:rPr>
          <w:color w:val="333333"/>
          <w:sz w:val="22"/>
        </w:rPr>
        <w:t>室温 更低（18–19°C）——你的核心体温本来就不容易降</w:t>
      </w:r>
    </w:p>
    <w:p>
      <w:pPr>
        <w:pStyle w:val="ListBullet"/>
        <w:spacing w:after="40" w:line="360" w:lineRule="auto"/>
      </w:pPr>
      <w:r>
        <w:rPr>
          <w:color w:val="333333"/>
          <w:sz w:val="22"/>
        </w:rPr>
        <w:t>睡前 1 小时 关屏、调暗灯——大脑已过载，再加刺激就崩</w:t>
      </w:r>
    </w:p>
    <w:p>
      <w:pPr>
        <w:pStyle w:val="ListBullet"/>
        <w:spacing w:after="40" w:line="360" w:lineRule="auto"/>
      </w:pPr>
      <w:r>
        <w:rPr>
          <w:color w:val="333333"/>
          <w:sz w:val="22"/>
        </w:rPr>
        <w:t>不用 白噪音机——已经神经疲劳，多一个声音都是负担</w:t>
      </w:r>
    </w:p>
    <w:p>
      <w:pPr>
        <w:pStyle w:val="ListBullet"/>
        <w:spacing w:after="40" w:line="360" w:lineRule="auto"/>
      </w:pPr>
      <w:r>
        <w:rPr>
          <w:color w:val="333333"/>
          <w:sz w:val="22"/>
        </w:rPr>
        <w:t>卧室 极简 ——视觉信息越少越好</w:t>
      </w:r>
    </w:p>
    <w:p>
      <w:pPr>
        <w:pStyle w:val="ListBullet"/>
        <w:spacing w:after="40" w:line="360" w:lineRule="auto"/>
      </w:pPr>
      <w:r>
        <w:rPr>
          <w:color w:val="333333"/>
          <w:sz w:val="22"/>
        </w:rPr>
        <w:t>被子别太厚——核心要"凉"</w:t>
      </w:r>
    </w:p>
    <w:p>
      <w:pPr>
        <w:spacing w:before="240" w:after="80"/>
      </w:pPr>
      <w:r>
        <w:rPr>
          <w:b/>
          <w:color w:val="333333"/>
          <w:sz w:val="26"/>
        </w:rPr>
        <w:t>习惯熬夜型失眠 — 环境目标：断诱惑</w:t>
      </w:r>
    </w:p>
    <w:p>
      <w:pPr>
        <w:pStyle w:val="ListBullet"/>
        <w:spacing w:after="40" w:line="360" w:lineRule="auto"/>
      </w:pPr>
      <w:r>
        <w:rPr>
          <w:color w:val="333333"/>
          <w:sz w:val="22"/>
        </w:rPr>
        <w:t>手机充电器放在客厅——物理隔离，夜里进不去卧室</w:t>
      </w:r>
    </w:p>
    <w:p>
      <w:pPr>
        <w:pStyle w:val="ListBullet"/>
        <w:spacing w:after="40" w:line="360" w:lineRule="auto"/>
      </w:pPr>
      <w:r>
        <w:rPr>
          <w:color w:val="333333"/>
          <w:sz w:val="22"/>
        </w:rPr>
        <w:t>卧室 不放电视、iPad</w:t>
      </w:r>
    </w:p>
    <w:p>
      <w:pPr>
        <w:pStyle w:val="ListBullet"/>
        <w:spacing w:after="40" w:line="360" w:lineRule="auto"/>
      </w:pPr>
      <w:r>
        <w:rPr>
          <w:color w:val="333333"/>
          <w:sz w:val="22"/>
        </w:rPr>
        <w:t>床 只睡觉——不刷、不办公、不吃零食</w:t>
      </w:r>
    </w:p>
    <w:p>
      <w:pPr>
        <w:pStyle w:val="ListBullet"/>
        <w:spacing w:after="40" w:line="360" w:lineRule="auto"/>
      </w:pPr>
      <w:r>
        <w:rPr>
          <w:color w:val="333333"/>
          <w:sz w:val="22"/>
        </w:rPr>
        <w:t>床头 不放手机——用实体闹钟</w:t>
      </w:r>
    </w:p>
    <w:p>
      <w:pPr>
        <w:pStyle w:val="ListBullet"/>
        <w:spacing w:after="40" w:line="360" w:lineRule="auto"/>
      </w:pPr>
      <w:r>
        <w:rPr>
          <w:color w:val="333333"/>
          <w:sz w:val="22"/>
        </w:rPr>
        <w:t>如果你已经"习惯性拖延到 1 点"，先设 早起时间 比早睡更管用</w:t>
      </w:r>
    </w:p>
    <w:p>
      <w:pPr>
        <w:spacing w:before="360" w:after="160"/>
        <w:shd w:val="clear" w:color="auto" w:fill="F3EEF8"/>
      </w:pPr>
      <w:r>
        <w:rPr>
          <w:b/>
          <w:color w:val="6B5B95"/>
          <w:sz w:val="32"/>
        </w:rPr>
        <w:t>第四部分：今晚就能做的 7 件事</w:t>
      </w:r>
    </w:p>
    <w:p>
      <w:pPr>
        <w:pStyle w:val="ListNumber"/>
        <w:spacing w:after="40" w:line="360" w:lineRule="auto"/>
      </w:pPr>
      <w:r>
        <w:rPr>
          <w:color w:val="333333"/>
          <w:sz w:val="22"/>
        </w:rPr>
        <w:t>卧室温度调到 18–22°C</w:t>
      </w:r>
    </w:p>
    <w:p>
      <w:pPr>
        <w:pStyle w:val="ListNumber"/>
        <w:spacing w:after="40" w:line="360" w:lineRule="auto"/>
      </w:pPr>
      <w:r>
        <w:rPr>
          <w:color w:val="333333"/>
          <w:sz w:val="22"/>
        </w:rPr>
        <w:t>拉上遮光窗帘 + 关掉卧室所有指示灯</w:t>
      </w:r>
    </w:p>
    <w:p>
      <w:pPr>
        <w:pStyle w:val="ListNumber"/>
        <w:spacing w:after="40" w:line="360" w:lineRule="auto"/>
      </w:pPr>
      <w:r>
        <w:rPr>
          <w:color w:val="333333"/>
          <w:sz w:val="22"/>
        </w:rPr>
        <w:t>把手机充电器移到 卧室门口 外</w:t>
      </w:r>
    </w:p>
    <w:p>
      <w:pPr>
        <w:pStyle w:val="ListNumber"/>
        <w:spacing w:after="40" w:line="360" w:lineRule="auto"/>
      </w:pPr>
      <w:r>
        <w:rPr>
          <w:color w:val="333333"/>
          <w:sz w:val="22"/>
        </w:rPr>
        <w:t>准备一杯温水放床头（夜里渴了不用开灯）</w:t>
      </w:r>
    </w:p>
    <w:p>
      <w:pPr>
        <w:pStyle w:val="ListNumber"/>
        <w:spacing w:after="40" w:line="360" w:lineRule="auto"/>
      </w:pPr>
      <w:r>
        <w:rPr>
          <w:color w:val="333333"/>
          <w:sz w:val="22"/>
        </w:rPr>
        <w:t>选一个白噪音 app，下载 3 个备选声音（雨声 / 海浪 / 风扇）</w:t>
      </w:r>
    </w:p>
    <w:p>
      <w:pPr>
        <w:pStyle w:val="ListNumber"/>
        <w:spacing w:after="40" w:line="360" w:lineRule="auto"/>
      </w:pPr>
      <w:r>
        <w:rPr>
          <w:color w:val="333333"/>
          <w:sz w:val="22"/>
        </w:rPr>
        <w:t>检查枕头高度（仰卧一拳 / 侧卧一拳半）</w:t>
      </w:r>
    </w:p>
    <w:p>
      <w:pPr>
        <w:pStyle w:val="ListNumber"/>
        <w:spacing w:after="40" w:line="360" w:lineRule="auto"/>
      </w:pPr>
      <w:r>
        <w:rPr>
          <w:color w:val="333333"/>
          <w:sz w:val="22"/>
        </w:rPr>
        <w:t>睡前 1 小时关闭所有屏幕（调暗灯）</w:t>
      </w:r>
    </w:p>
    <w:p>
      <w:pPr>
        <w:spacing w:before="360" w:after="160"/>
        <w:shd w:val="clear" w:color="auto" w:fill="F3EEF8"/>
      </w:pPr>
      <w:r>
        <w:rPr>
          <w:b/>
          <w:color w:val="6B5B95"/>
          <w:sz w:val="32"/>
        </w:rPr>
        <w:t>第五部分：常见误区——别再踩</w:t>
      </w:r>
    </w:p>
    <w:p>
      <w:pPr>
        <w:pStyle w:val="ListBullet"/>
        <w:spacing w:after="40" w:line="360" w:lineRule="auto"/>
      </w:pPr>
      <w:r>
        <w:rPr>
          <w:color w:val="333333"/>
          <w:sz w:val="22"/>
        </w:rPr>
        <w:t>换 1 万块的枕头就能睡好：枕头只是辅助，根因没解决，再贵也救不了</w:t>
      </w:r>
    </w:p>
    <w:p>
      <w:pPr>
        <w:pStyle w:val="ListBullet"/>
        <w:spacing w:after="40" w:line="360" w:lineRule="auto"/>
      </w:pPr>
      <w:r>
        <w:rPr>
          <w:color w:val="333333"/>
          <w:sz w:val="22"/>
        </w:rPr>
        <w:t>越安静越好：绝对安静反而放大耳鸣、心跳；试试白噪音</w:t>
      </w:r>
    </w:p>
    <w:p>
      <w:pPr>
        <w:pStyle w:val="ListBullet"/>
        <w:spacing w:after="40" w:line="360" w:lineRule="auto"/>
      </w:pPr>
      <w:r>
        <w:rPr>
          <w:color w:val="333333"/>
          <w:sz w:val="22"/>
        </w:rPr>
        <w:t>房间越暖越舒服：核心要凉，18–22°C 才能让核心体温下降</w:t>
      </w:r>
    </w:p>
    <w:p>
      <w:pPr>
        <w:pStyle w:val="ListBullet"/>
        <w:spacing w:after="40" w:line="360" w:lineRule="auto"/>
      </w:pPr>
      <w:r>
        <w:rPr>
          <w:color w:val="333333"/>
          <w:sz w:val="22"/>
        </w:rPr>
        <w:t>香薰能治失眠：弱证据；香薰不能盖过卧室的核心问题</w:t>
      </w:r>
    </w:p>
    <w:p>
      <w:pPr>
        <w:pStyle w:val="ListBullet"/>
        <w:spacing w:after="40" w:line="360" w:lineRule="auto"/>
      </w:pPr>
      <w:r>
        <w:rPr>
          <w:color w:val="333333"/>
          <w:sz w:val="22"/>
        </w:rPr>
        <w:t>卧室里放电子钟能"看时间"：半夜看时间 = 直接加重焦虑；用实体闹钟或翻过去</w:t>
      </w:r>
    </w:p>
    <w:p>
      <w:pPr>
        <w:pStyle w:val="ListBullet"/>
        <w:spacing w:after="40" w:line="360" w:lineRule="auto"/>
      </w:pPr>
      <w:r>
        <w:rPr>
          <w:color w:val="333333"/>
          <w:sz w:val="22"/>
        </w:rPr>
        <w:t>睡前喝酒帮助入睡：酒精让你"昏过去"，但破坏后半夜睡眠结构，早晨更累</w:t>
      </w:r>
    </w:p>
    <w:p>
      <w:pPr>
        <w:pStyle w:val="ListBullet"/>
        <w:spacing w:after="40" w:line="360" w:lineRule="auto"/>
      </w:pPr>
      <w:r>
        <w:rPr>
          <w:color w:val="333333"/>
          <w:sz w:val="22"/>
        </w:rPr>
        <w:t>床垫越软越舒服：过软会让脊柱塌陷；侧卧要稍软、仰卧要中等</w:t>
      </w:r>
    </w:p>
    <w:p>
      <w:pPr>
        <w:spacing w:before="360" w:after="160"/>
        <w:shd w:val="clear" w:color="auto" w:fill="F3EEF8"/>
      </w:pPr>
      <w:r>
        <w:rPr>
          <w:b/>
          <w:color w:val="6B5B95"/>
          <w:sz w:val="32"/>
        </w:rPr>
        <w:t>第六部分：速查卡（贴在床头）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shd w:val="clear" w:color="auto" w:fill="6B5B95"/>
          </w:tcPr>
          <w:p>
            <w:r/>
            <w:r>
              <w:rPr>
                <w:b/>
                <w:color w:val="FFFFFF"/>
                <w:sz w:val="22"/>
              </w:rPr>
              <w:t>项</w:t>
            </w:r>
          </w:p>
        </w:tc>
        <w:tc>
          <w:tcPr>
            <w:tcW w:type="dxa" w:w="4873"/>
            <w:shd w:val="clear" w:color="auto" w:fill="6B5B95"/>
          </w:tcPr>
          <w:p>
            <w:r/>
            <w:r>
              <w:rPr>
                <w:b/>
                <w:color w:val="FFFFFF"/>
                <w:sz w:val="22"/>
              </w:rPr>
              <w:t>建议</w:t>
            </w:r>
          </w:p>
        </w:tc>
      </w:tr>
      <w:tr>
        <w:tc>
          <w:tcPr>
            <w:tcW w:type="dxa" w:w="4873"/>
          </w:tcPr>
          <w:p>
            <w:r/>
            <w:r>
              <w:rPr>
                <w:color w:val="333333"/>
                <w:sz w:val="22"/>
              </w:rPr>
              <w:t>室温</w:t>
            </w:r>
          </w:p>
        </w:tc>
        <w:tc>
          <w:tcPr>
            <w:tcW w:type="dxa" w:w="4873"/>
          </w:tcPr>
          <w:p>
            <w:r/>
            <w:r>
              <w:rPr>
                <w:color w:val="333333"/>
                <w:sz w:val="22"/>
              </w:rPr>
              <w:t>18–22°C</w:t>
            </w:r>
          </w:p>
        </w:tc>
      </w:tr>
      <w:tr>
        <w:tc>
          <w:tcPr>
            <w:tcW w:type="dxa" w:w="4873"/>
          </w:tcPr>
          <w:p>
            <w:r/>
            <w:r>
              <w:rPr>
                <w:color w:val="333333"/>
                <w:sz w:val="22"/>
              </w:rPr>
              <w:t>光线</w:t>
            </w:r>
          </w:p>
        </w:tc>
        <w:tc>
          <w:tcPr>
            <w:tcW w:type="dxa" w:w="4873"/>
          </w:tcPr>
          <w:p>
            <w:r/>
            <w:r>
              <w:rPr>
                <w:color w:val="333333"/>
                <w:sz w:val="22"/>
              </w:rPr>
              <w:t>卧室全黑；起夜用低位暖光</w:t>
            </w:r>
          </w:p>
        </w:tc>
      </w:tr>
      <w:tr>
        <w:tc>
          <w:tcPr>
            <w:tcW w:type="dxa" w:w="4873"/>
          </w:tcPr>
          <w:p>
            <w:r/>
            <w:r>
              <w:rPr>
                <w:color w:val="333333"/>
                <w:sz w:val="22"/>
              </w:rPr>
              <w:t>声音</w:t>
            </w:r>
          </w:p>
        </w:tc>
        <w:tc>
          <w:tcPr>
            <w:tcW w:type="dxa" w:w="4873"/>
          </w:tcPr>
          <w:p>
            <w:r/>
            <w:r>
              <w:rPr>
                <w:color w:val="333333"/>
                <w:sz w:val="22"/>
              </w:rPr>
              <w:t>白噪音或粉噪音（一致 &gt; 绝对安静）</w:t>
            </w:r>
          </w:p>
        </w:tc>
      </w:tr>
      <w:tr>
        <w:tc>
          <w:tcPr>
            <w:tcW w:type="dxa" w:w="4873"/>
          </w:tcPr>
          <w:p>
            <w:r/>
            <w:r>
              <w:rPr>
                <w:color w:val="333333"/>
                <w:sz w:val="22"/>
              </w:rPr>
              <w:t>枕头高度</w:t>
            </w:r>
          </w:p>
        </w:tc>
        <w:tc>
          <w:tcPr>
            <w:tcW w:type="dxa" w:w="4873"/>
          </w:tcPr>
          <w:p>
            <w:r/>
            <w:r>
              <w:rPr>
                <w:color w:val="333333"/>
                <w:sz w:val="22"/>
              </w:rPr>
              <w:t>仰卧一拳 / 侧卧一拳半</w:t>
            </w:r>
          </w:p>
        </w:tc>
      </w:tr>
      <w:tr>
        <w:tc>
          <w:tcPr>
            <w:tcW w:type="dxa" w:w="4873"/>
          </w:tcPr>
          <w:p>
            <w:r/>
            <w:r>
              <w:rPr>
                <w:color w:val="333333"/>
                <w:sz w:val="22"/>
              </w:rPr>
              <w:t>床垫</w:t>
            </w:r>
          </w:p>
        </w:tc>
        <w:tc>
          <w:tcPr>
            <w:tcW w:type="dxa" w:w="4873"/>
          </w:tcPr>
          <w:p>
            <w:r/>
            <w:r>
              <w:rPr>
                <w:color w:val="333333"/>
                <w:sz w:val="22"/>
              </w:rPr>
              <w:t>匹配睡姿和体型，别追求贵</w:t>
            </w:r>
          </w:p>
        </w:tc>
      </w:tr>
      <w:tr>
        <w:tc>
          <w:tcPr>
            <w:tcW w:type="dxa" w:w="4873"/>
          </w:tcPr>
          <w:p>
            <w:r/>
            <w:r>
              <w:rPr>
                <w:color w:val="333333"/>
                <w:sz w:val="22"/>
              </w:rPr>
              <w:t>气味</w:t>
            </w:r>
          </w:p>
        </w:tc>
        <w:tc>
          <w:tcPr>
            <w:tcW w:type="dxa" w:w="4873"/>
          </w:tcPr>
          <w:p>
            <w:r/>
            <w:r>
              <w:rPr>
                <w:color w:val="333333"/>
                <w:sz w:val="22"/>
              </w:rPr>
              <w:t>可选别神化；过敏慎用</w:t>
            </w:r>
          </w:p>
        </w:tc>
      </w:tr>
      <w:tr>
        <w:tc>
          <w:tcPr>
            <w:tcW w:type="dxa" w:w="4873"/>
          </w:tcPr>
          <w:p>
            <w:r/>
            <w:r>
              <w:rPr>
                <w:color w:val="333333"/>
                <w:sz w:val="22"/>
              </w:rPr>
              <w:t>湿度</w:t>
            </w:r>
          </w:p>
        </w:tc>
        <w:tc>
          <w:tcPr>
            <w:tcW w:type="dxa" w:w="4873"/>
          </w:tcPr>
          <w:p>
            <w:r/>
            <w:r>
              <w:rPr>
                <w:color w:val="333333"/>
                <w:sz w:val="22"/>
              </w:rPr>
              <w:t>40–60%</w:t>
            </w:r>
          </w:p>
        </w:tc>
      </w:tr>
      <w:tr>
        <w:tc>
          <w:tcPr>
            <w:tcW w:type="dxa" w:w="4873"/>
          </w:tcPr>
          <w:p>
            <w:r/>
            <w:r>
              <w:rPr>
                <w:color w:val="333333"/>
                <w:sz w:val="22"/>
              </w:rPr>
              <w:t>手机</w:t>
            </w:r>
          </w:p>
        </w:tc>
        <w:tc>
          <w:tcPr>
            <w:tcW w:type="dxa" w:w="4873"/>
          </w:tcPr>
          <w:p>
            <w:r/>
            <w:r>
              <w:rPr>
                <w:color w:val="333333"/>
                <w:sz w:val="22"/>
              </w:rPr>
              <w:t>充电器放卧室门口外</w:t>
            </w:r>
          </w:p>
        </w:tc>
      </w:tr>
      <w:tr>
        <w:tc>
          <w:tcPr>
            <w:tcW w:type="dxa" w:w="4873"/>
          </w:tcPr>
          <w:p>
            <w:r/>
            <w:r>
              <w:rPr>
                <w:color w:val="333333"/>
                <w:sz w:val="22"/>
              </w:rPr>
              <w:t>床的用途</w:t>
            </w:r>
          </w:p>
        </w:tc>
        <w:tc>
          <w:tcPr>
            <w:tcW w:type="dxa" w:w="4873"/>
          </w:tcPr>
          <w:p>
            <w:r/>
            <w:r>
              <w:rPr>
                <w:color w:val="333333"/>
                <w:sz w:val="22"/>
              </w:rPr>
              <w:t>只睡 + 亲密，仅此而已</w:t>
            </w:r>
          </w:p>
        </w:tc>
      </w:tr>
    </w:tbl>
    <w:p/>
    <w:p>
      <w:pPr>
        <w:spacing w:before="360" w:after="160"/>
        <w:shd w:val="clear" w:color="auto" w:fill="F3EEF8"/>
      </w:pPr>
      <w:r>
        <w:rPr>
          <w:b/>
          <w:color w:val="6B5B95"/>
          <w:sz w:val="32"/>
        </w:rPr>
        <w:t>写在最后：姿势和环境是放大器，不是根因</w:t>
      </w:r>
    </w:p>
    <w:p>
      <w:pPr>
        <w:spacing w:after="120" w:line="372" w:lineRule="auto"/>
        <w:ind w:firstLine="420"/>
      </w:pPr>
      <w:r>
        <w:rPr>
          <w:color w:val="333333"/>
          <w:sz w:val="22"/>
        </w:rPr>
        <w:t>这份资料给你的，是 20–30% 的"入睡难度"降低。</w:t>
      </w:r>
    </w:p>
    <w:p>
      <w:pPr>
        <w:spacing w:after="120" w:line="372" w:lineRule="auto"/>
        <w:ind w:firstLine="420"/>
      </w:pPr>
      <w:r>
        <w:rPr>
          <w:color w:val="333333"/>
          <w:sz w:val="22"/>
        </w:rPr>
        <w:t>剩下 70–80%——是生物钟、情绪、白天节奏、神经疲劳这些更深的东西。</w:t>
      </w:r>
    </w:p>
    <w:p>
      <w:pPr>
        <w:spacing w:after="120" w:line="372" w:lineRule="auto"/>
        <w:ind w:firstLine="420"/>
      </w:pPr>
      <w:r>
        <w:rPr>
          <w:color w:val="333333"/>
          <w:sz w:val="22"/>
        </w:rPr>
        <w:t>如果你按上面做下来还是反复睡不着， 大概率是类型没搞对 ——先花 2 分钟免费分型测评，看清自己是哪一类失眠，再对号入座，省得在错误的方向上越用力越累。</w:t>
      </w:r>
    </w:p>
    <w:p>
      <w:pPr>
        <w:spacing w:after="120" w:line="372" w:lineRule="auto"/>
        <w:ind w:firstLine="420"/>
      </w:pPr>
      <w:r>
        <w:rPr>
          <w:color w:val="333333"/>
          <w:sz w:val="22"/>
        </w:rPr>
        <w:t>需要有人陪你把睡眠和状态一起拉回来，也可以了解 56 天睡眠力训练营：先分型、再定节奏，每期只带 6 人，有陪伴、有日志、有反馈。详情在官网 shuimian.xyz。</w:t>
      </w:r>
    </w:p>
    <w:p>
      <w:pPr>
        <w:spacing w:before="120" w:after="240"/>
        <w:ind w:left="283" w:right="283"/>
        <w:pBdr>
          <w:left w:val="single" w:sz="24" w:space="8" w:color="6B5B95"/>
        </w:pBdr>
      </w:pPr>
      <w:r>
        <w:rPr>
          <w:i/>
          <w:color w:val="6B5B95"/>
          <w:sz w:val="22"/>
        </w:rPr>
        <w:t>先把自己这盏灯护好，你才有能量去照亮别人。</w:t>
      </w:r>
    </w:p>
    <w:p>
      <w:pPr>
        <w:spacing w:after="120" w:line="372" w:lineRule="auto"/>
      </w:pPr>
      <w:r>
        <w:rPr>
          <w:i/>
          <w:color w:val="888888"/>
          <w:sz w:val="22"/>
        </w:rPr>
        <w:t>本资料基于 CBT-I（失眠认知行为疗法）与睡眠科学通用方法编写，不构成医疗诊断。长期失眠、情绪困扰或正在用药者，请咨询专业人士。</w:t>
      </w:r>
    </w:p>
    <w:p>
      <w:pPr>
        <w:spacing w:before="360"/>
        <w:jc w:val="center"/>
      </w:pPr>
      <w:r>
        <w:rPr>
          <w:b/>
          <w:color w:val="C98A4A"/>
          <w:sz w:val="24"/>
        </w:rPr>
        <w:t>先搞清类型，再调睡眠  ·  shuimian.xyz/assess/</w:t>
      </w:r>
    </w:p>
    <w:sectPr w:rsidR="00FC693F" w:rsidRPr="0006063C" w:rsidSect="00034616"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微软雅黑" w:hAnsi="微软雅黑" w:eastAsia="微软雅黑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