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360" w:lineRule="auto"/>
        <w:jc w:val="center"/>
      </w:pPr>
      <w:r>
        <w:rPr>
          <w:rFonts w:ascii="微软雅黑" w:hAnsi="微软雅黑" w:eastAsia="微软雅黑"/>
          <w:b/>
          <w:color w:val="2C2416"/>
          <w:sz w:val="32"/>
        </w:rPr>
        <w:t>助眠呼吸引导图 + 舒缓解压音频指南</w:t>
      </w:r>
    </w:p>
    <w:p>
      <w:pPr>
        <w:spacing w:after="280" w:line="360" w:lineRule="auto"/>
        <w:jc w:val="center"/>
      </w:pPr>
      <w:r>
        <w:rPr>
          <w:rFonts w:ascii="微软雅黑" w:hAnsi="微软雅黑" w:eastAsia="微软雅黑"/>
          <w:b w:val="0"/>
          <w:color w:val="5C5344"/>
          <w:sz w:val="18"/>
        </w:rPr>
        <w:t>无忧睡眠 · 免费资料 · shuimian.xyz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21"/>
        </w:rPr>
        <w:t>睡眠这件事，最贵的不是方法，是「我做的这些到底有没有用」。这份资料给你两样东西：一张能贴床头的呼吸引导图，和一份助眠音频怎么选、怎么听的判断清单。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A7A5E"/>
          <w:sz w:val="20"/>
        </w:rPr>
        <w:t>要听音频：微信扫描第四节的小程序码，进「无忧睡眠」小程序直接听（不用下载 App、不用注册）。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712916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athing-guide-we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291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一、先看这张图：吸 4 秒 · 停 2 秒 · 呼 6 秒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这是「睡前放松训练」的主攻动作。看着简单，但它属于 CBT-I（失眠认知行为疗法）里最核心的一类技术——降低生理唤醒。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为什么关键在「呼比吸长」：拉长呼气会激活副交感神经，把身体从「战斗或逃跑」切回「休息消化」。心率、皮质醇降下来，身体才进得去睡眠状态。</w:t>
      </w:r>
    </w:p>
    <w:p>
      <w:pPr>
        <w:spacing w:before="200" w:after="80"/>
      </w:pPr>
      <w:r>
        <w:rPr>
          <w:rFonts w:ascii="微软雅黑" w:hAnsi="微软雅黑" w:eastAsia="微软雅黑"/>
          <w:b/>
          <w:color w:val="A66A3E"/>
          <w:sz w:val="22"/>
        </w:rPr>
        <w:t>怎么做（照着来）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1. 准备：躺好或坐直，一只手放肚子、一只手放胸口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2. 吸气 4 秒：鼻子慢慢吸，肚子鼓起来，胸口尽量不动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3. 停 2 秒：轻轻屏住，别用力憋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4. 呼气 6 秒：嘴轻轻呼出去，肚子慢慢收回来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5. 循环 10 分钟：大约 50 个循环，做完就直接躺下</w:t>
      </w:r>
    </w:p>
    <w:p>
      <w:pPr>
        <w:spacing w:before="200" w:after="80"/>
      </w:pPr>
      <w:r>
        <w:rPr>
          <w:rFonts w:ascii="微软雅黑" w:hAnsi="微软雅黑" w:eastAsia="微软雅黑"/>
          <w:b/>
          <w:color w:val="A66A3E"/>
          <w:sz w:val="22"/>
        </w:rPr>
        <w:t>三种备选（做哪个都算）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21"/>
        </w:rPr>
        <w:t>放松训练不是一个动作，是一类动作。下面这几样做任何一个，都算完成了：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睡前深呼吸：同样的节奏，只数呼吸次数、不控秒。记不住秒数就换它。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4-7-8 呼吸：吸 4 · 憋 7 · 呼 8，4 组起。特别难入睡的那晚用。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渐进式肌肉放松：从脚到脸，逐部位绷紧 5 秒再松开。适合身体紧绷的人。</w:t>
      </w:r>
    </w:p>
    <w:p>
      <w:pPr>
        <w:spacing w:before="200" w:after="80"/>
      </w:pPr>
      <w:r>
        <w:rPr>
          <w:rFonts w:ascii="微软雅黑" w:hAnsi="微软雅黑" w:eastAsia="微软雅黑"/>
          <w:b/>
          <w:color w:val="A66A3E"/>
          <w:sz w:val="22"/>
        </w:rPr>
        <w:t>三个最常见的坑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现象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真实原因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怎么改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头晕、手麻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吸太深太快（过度换气）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降到自然呼吸的六成，宁可浅一点、慢一点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记不住秒数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门槛设太高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别硬控——换成「数呼吸次数」，或用音频带你做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做一晚没变化就放弃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拿单晚当指标了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单晚波动是正常的，看连续 7 天的夜醒趋势</w:t>
            </w:r>
          </w:p>
        </w:tc>
      </w:tr>
    </w:tbl>
    <w:p>
      <w:pPr>
        <w:spacing w:before="200" w:after="80"/>
      </w:pPr>
      <w:r>
        <w:rPr>
          <w:rFonts w:ascii="微软雅黑" w:hAnsi="微软雅黑" w:eastAsia="微软雅黑"/>
          <w:b/>
          <w:color w:val="A66A3E"/>
          <w:sz w:val="22"/>
        </w:rPr>
        <w:t>别拿「今晚有没有睡着」当指标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不看：当晚睡着没睡着（单晚波动正常，不作为判断依据）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看：连续 7 天的夜醒分钟趋势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方向对了：下降 ≥30%，或落到 ≤30 分钟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做到位：7 天里做够 5 天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21"/>
        </w:rPr>
        <w:t>这类动作的目标不是「快点睡着」，是把警戒档降下来。睡着了是结果，不是任务。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二、助眠音频：先分清 5 类，用途完全不同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很多人说「听了音频反而更清醒」——不是音频没用，是类型选错了。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类型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适合谁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什么时候用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单次时长</w:t>
            </w:r>
          </w:p>
        </w:tc>
      </w:tr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白噪音（雨声/风声/海浪/风扇）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对环境声敏感、容易被车声邻居声吵醒的人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入睡期，盖住突发的环境声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20–30 分钟</w:t>
            </w:r>
          </w:p>
        </w:tc>
      </w:tr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自然音 / 环境音（森林、篝火、虫鸣）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脑子停不下来、需要「有个东西」占住注意力的人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入睡期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20–30 分钟</w:t>
            </w:r>
          </w:p>
        </w:tc>
      </w:tr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颂钵 / 钟声 / 木鱼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需要仪式感帮自己「切换状态」的人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睡前准备期（洗漱后）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5–15 分钟</w:t>
            </w:r>
          </w:p>
        </w:tc>
      </w:tr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引导式冥想（有人声带着走）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自己静不下来、需要被带着走的人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躺下之后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10–20 分钟</w:t>
            </w:r>
          </w:p>
        </w:tc>
      </w:tr>
      <w:tr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身体扫描 / 渐进放松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身体紧、肩颈僵、躺下也松不开的人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躺下之后</w:t>
            </w:r>
          </w:p>
        </w:tc>
        <w:tc>
          <w:tcPr>
            <w:tcW w:type="dxa" w:w="2379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15 分钟</w:t>
            </w:r>
          </w:p>
        </w:tc>
      </w:tr>
    </w:tbl>
    <w:p>
      <w:pPr>
        <w:spacing w:before="200" w:after="80"/>
      </w:pPr>
      <w:r>
        <w:rPr>
          <w:rFonts w:ascii="微软雅黑" w:hAnsi="微软雅黑" w:eastAsia="微软雅黑"/>
          <w:b/>
          <w:color w:val="A66A3E"/>
          <w:sz w:val="22"/>
        </w:rPr>
        <w:t>选择标准只有一条：它会不会让你「用脑子」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不用脑子 → 白噪音、自然音、钵声（纯声音，只占住背景）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要用一点脑子跟着走 → 引导冥想、身体扫描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绝对不要 → 带歌词的歌。大脑会自动跟着唱，那是唤醒，不是放松。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三、四条使用纪律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1. 音量低到「刚好能听见」——不超过正常说话声。太响，它就从「背景」变成了「新刺激」。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2. 不戴耳机入睡——耳道压迫 + 整夜声压。用小音箱，或手机外放、放远一点。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3. 定时 30 分钟自动关闭——别整夜播放。整夜播会削弱「床＝睡觉」的条件反射。</w:t>
      </w:r>
    </w:p>
    <w:p>
      <w:pPr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4. 一次只用一个——这周用白噪音就整周用白噪音。换来换去，最后判断不出哪个对你有用。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四、去哪听：先看小程序，搜不到再自己找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96000" cy="129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iapp-q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29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21"/>
        </w:rPr>
        <w:t>微信扫码 → 进「无忧睡眠」小程序 → 底部「冥想」。不用下载 App、不用注册，进去选分类，点开就放。小程序里现在 12 首，分四类：助眠呼吸 · 身体扫描 · 睡前放松 · 白噪音。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如果你要的那一类小程序里暂时没有，就用下面这列词去别的平台自己搜——不给你固定链接，因为平台的歌单会下架、会改名，链接失效比没有更糟；给你搜索词，永远能用：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你要的类型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小程序里点哪个（推荐）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/>
                <w:color w:val="5A7A5E"/>
                <w:sz w:val="20"/>
              </w:rPr>
              <w:t>或者去平台搜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白噪音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白噪音 → 海边听浪 · 深山雷雨 · 静夜篝火 · 古寺钟鸣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雨声 · 风扇白噪音 · 海浪声 睡前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自然音 / 环境音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白噪音 → 静夜篝火 · 深山雷雨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森林 环境音 · 篝火 木柴声 · 雷雨 助眠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钵 / 钟声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白噪音 → 古寺钟鸣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颂钵 疗愈 · 铜磬 · 木鱼 静心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引导冥想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睡前放松 → 睡前缓解焦虑 · 轻松入睡 · 放下评判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身体扫描 引导 · 正念呼吸 引导 · 睡前冥想 女声</w:t>
            </w:r>
          </w:p>
        </w:tc>
      </w:tr>
      <w:tr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身体扫描 / 渐进放松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身体扫描 → 睡前身体扫描；助眠呼吸 → 6 分钟正念呼吸</w:t>
            </w:r>
          </w:p>
        </w:tc>
        <w:tc>
          <w:tcPr>
            <w:tcW w:type="dxa" w:w="3173"/>
          </w:tcPr>
          <w:p>
            <w:r/>
            <w:r>
              <w:rPr>
                <w:rFonts w:ascii="微软雅黑" w:hAnsi="微软雅黑" w:eastAsia="微软雅黑"/>
                <w:b w:val="0"/>
                <w:color w:val="2C2416"/>
                <w:sz w:val="20"/>
              </w:rPr>
              <w:t>渐进式肌肉放松 引导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筛的时候只卡三条：① 时长 ≥20 分钟（太短会被结尾的声音「惊醒」）② 全程无人声、无歌词 ③ 没有突然的响动、没有广告插播。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五、怎么判断有没有用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不看：当晚睡着没睡着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看：连续 7 天里的三个数 —— 入睡用时（分钟）／夜醒分钟／醒来状态（「疲惫」还是「还行」）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三个里有两个往好的方向走 → 继续用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7 天全都没变化 → 换类型（不是换音量、不是加时长）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六、这类音频的边界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它是放松工具，不是治疗手段，不能替代面诊和诊断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耳鸣的人慎用白噪音（可能加重），先问专业意见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打鼾憋气、白天嗜睡 → 别只靠音频，先排查睡眠呼吸问题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情绪持续低落 ≥2 周，或比闹钟早醒 1–2 小时 → 优先面诊，音频只能当辅助</w:t>
      </w:r>
    </w:p>
    <w:p>
      <w:pPr>
        <w:spacing w:before="280" w:after="120"/>
      </w:pPr>
      <w:r>
        <w:rPr>
          <w:rFonts w:ascii="微软雅黑" w:hAnsi="微软雅黑" w:eastAsia="微软雅黑"/>
          <w:b/>
          <w:color w:val="5A7A5E"/>
          <w:sz w:val="26"/>
        </w:rPr>
        <w:t>速查卡（贴在床头）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躺下还是清醒 → 4-2-6 呼吸，做 10 分钟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记不住秒数 → 换成「数呼吸次数」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头晕手麻 → 吸得太深了，降到自然呼吸的六成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听音频更清醒 → 换成纯白噪音，或把音量调低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做一晚没变化 → 别看单晚，看 7 天夜醒趋势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  <w:t>情绪低落超两周 → 先面诊，别硬扛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21"/>
        </w:rPr>
        <w:t>方法不难，难的是做够 7 天里 5 天。今天先做一次，比看完十份资料强。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2C2416"/>
          <w:sz w:val="21"/>
        </w:rPr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18"/>
        </w:rPr>
        <w:t>本资料基于 CBT-I（失眠认知行为疗法）的放松训练与睡眠卫生原理编写，属非药物自助方法，不构成医疗诊断或治疗建议。练习中出现头晕、胸闷请立即停止、回到自然呼吸。长期失眠、情绪困扰或正在服药者，请先咨询专业人士。</w:t>
      </w:r>
    </w:p>
    <w:p>
      <w:pPr>
        <w:spacing w:after="120" w:line="360" w:lineRule="auto"/>
      </w:pPr>
      <w:r>
        <w:rPr>
          <w:rFonts w:ascii="微软雅黑" w:hAnsi="微软雅黑" w:eastAsia="微软雅黑"/>
          <w:b w:val="0"/>
          <w:color w:val="5C5344"/>
          <w:sz w:val="18"/>
        </w:rPr>
        <w:t>无忧睡眠 · 不靠药睡好觉 · shuimian.xyz ｜ 太原无忧睡眠科技有限公司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