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rFonts w:hint="eastAsia" w:ascii="微软雅黑" w:hAnsi="微软雅黑" w:eastAsia="微软雅黑"/>
          <w:b w:val="1"/>
          <w:color w:val="15294D"/>
          <w:sz w:val="52"/>
        </w:rPr>
        <w:t>失眠自救手册</w:t>
      </w:r>
    </w:p>
    <w:p>
      <w:pPr>
        <w:jc w:val="center"/>
      </w:pPr>
      <w:r>
        <w:rPr>
          <w:rFonts w:hint="eastAsia" w:ascii="微软雅黑" w:hAnsi="微软雅黑" w:eastAsia="微软雅黑"/>
          <w:i w:val="1"/>
          <w:color w:val="666666"/>
          <w:sz w:val="28"/>
        </w:rPr>
        <w:t>不靠药，先把睡眠能力长回来</w:t>
      </w:r>
    </w:p>
    <w:p>
      <w:pPr>
        <w:jc w:val="center"/>
      </w:pPr>
      <w:r>
        <w:rPr>
          <w:rFonts w:hint="eastAsia" w:ascii="微软雅黑" w:hAnsi="微软雅黑" w:eastAsia="微软雅黑"/>
          <w:color w:val="C9A24A"/>
          <w:sz w:val="20"/>
        </w:rPr>
        <w:t>写给 30+ 职场女性 ｜ 基于国际认证 CBT-I（失眠认知行为疗法）</w:t>
      </w:r>
    </w:p>
    <w:p/>
    <w:p>
      <w:r>
        <w:rPr>
          <w:rFonts w:hint="eastAsia" w:ascii="微软雅黑" w:hAnsi="微软雅黑" w:eastAsia="微软雅黑"/>
          <w:b w:val="0"/>
          <w:i w:val="0"/>
          <w:sz w:val="22"/>
        </w:rPr>
        <w:t>我是高仰珍，曾经失眠整整 3 年。那种躺在床上翻来覆去、天快亮了才迷糊一会儿的感觉，我太懂了。我也试过各种办法，最后靠“不靠药”的方式，把睡眠能力一点点长回来，到现在已经帮 200+ 职场女性改善睡眠。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这份手册不卖课，只给你 10 个今天就能做的动作。先动起来，比什么都重要。</w:t>
      </w:r>
    </w:p>
    <w:p/>
    <w:p>
      <w:pPr>
        <w:pStyle w:val="000008"/>
      </w:pPr>
      <w:r>
        <w:rPr>
          <w:rFonts w:hint="eastAsia" w:ascii="微软雅黑" w:hAnsi="微软雅黑" w:eastAsia="微软雅黑"/>
          <w:color w:val="15294D"/>
          <w:sz w:val="32"/>
        </w:rPr>
        <w:t>先搞清楚：你是哪一种失眠？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失眠不是一个样子。先对号入座，动作才有针对性。</w:t>
      </w:r>
    </w:p>
    <w:p>
      <w:pPr>
        <w:pStyle w:val="00000a"/>
      </w:pPr>
      <w:r>
        <w:rPr>
          <w:rFonts w:hint="eastAsia" w:ascii="微软雅黑" w:hAnsi="微软雅黑" w:eastAsia="微软雅黑"/>
          <w:color w:val="15294D"/>
          <w:sz w:val="26"/>
        </w:rPr>
        <w:t>焦虑型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睡前脑子停不下来，越躺越清醒，想的都是明天的事、没做好的事。身体累，脑子不累。</w:t>
      </w:r>
    </w:p>
    <w:p>
      <w:pPr>
        <w:pStyle w:val="00000a"/>
      </w:pPr>
      <w:r>
        <w:rPr>
          <w:rFonts w:hint="eastAsia" w:ascii="微软雅黑" w:hAnsi="微软雅黑" w:eastAsia="微软雅黑"/>
          <w:color w:val="15294D"/>
          <w:sz w:val="26"/>
        </w:rPr>
        <w:t>生物钟紊乱型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日夜颠倒、周末猛补觉、经常倒班。不是不想睡，是身体不知道“现在该睡了”。</w:t>
      </w:r>
    </w:p>
    <w:p>
      <w:pPr>
        <w:pStyle w:val="00000a"/>
      </w:pPr>
      <w:r>
        <w:rPr>
          <w:rFonts w:hint="eastAsia" w:ascii="微软雅黑" w:hAnsi="微软雅黑" w:eastAsia="微软雅黑"/>
          <w:color w:val="15294D"/>
          <w:sz w:val="26"/>
        </w:rPr>
        <w:t>神经疲劳型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明明很累，却怎么也睡不着；肩颈紧、心跳快、对咖啡因特别敏感。神经系统一直绷着。</w:t>
      </w:r>
    </w:p>
    <w:p>
      <w:pPr>
        <w:pStyle w:val="00000a"/>
      </w:pPr>
      <w:r>
        <w:rPr>
          <w:rFonts w:hint="eastAsia" w:ascii="微软雅黑" w:hAnsi="微软雅黑" w:eastAsia="微软雅黑"/>
          <w:color w:val="15294D"/>
          <w:sz w:val="26"/>
        </w:rPr>
        <w:t>习惯熬夜型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不是睡不着，是不舍得睡。手机放不下，总觉得白天不属于自己，晚上才属于自己。</w:t>
      </w:r>
    </w:p>
    <w:p/>
    <w:p>
      <w:r>
        <w:rPr>
          <w:rFonts w:hint="eastAsia" w:ascii="微软雅黑" w:hAnsi="微软雅黑" w:eastAsia="微软雅黑"/>
          <w:b w:val="0"/>
          <w:i w:val="0"/>
          <w:color w:val="666666"/>
          <w:sz w:val="22"/>
        </w:rPr>
        <w:t>拿不准自己是哪一种？去做一个免费分型测评：</w:t>
      </w:r>
      <w:r>
        <w:fldChar w:fldCharType="begin" w:fldLock="0" w:dirty="0"/>
      </w:r>
      <w:r>
        <w:instrText>HYPERLINK "https://shuimian.xyz/assess"</w:instrText>
      </w:r>
      <w:r>
        <w:fldChar w:fldCharType="separate" w:fldLock="0" w:dirty="0"/>
      </w:r>
      <w:r>
        <w:rPr>
          <w:rStyle w:val="0000b8"/>
          <w:rFonts w:eastAsia="微软雅黑"/>
          <w:color w:val="1F4E9C"/>
          <w:u w:val="single"/>
        </w:rPr>
        <w:t>https://shuimian.xyz/assess</w:t>
      </w:r>
      <w:r>
        <w:fldChar w:fldCharType="end" w:fldLock="0" w:dirty="0"/>
      </w:r>
    </w:p>
    <w:p>
      <w:r>
        <w:rPr>
          <w:rFonts w:hint="eastAsia" w:ascii="微软雅黑" w:hAnsi="微软雅黑" w:eastAsia="微软雅黑"/>
          <w:b w:val="0"/>
          <w:i w:val="0"/>
          <w:color w:val="666666"/>
          <w:sz w:val="20"/>
        </w:rPr>
        <w:t>测完会告诉你属于哪种，以及第一周该从哪下手。</w:t>
      </w:r>
    </w:p>
    <w:p/>
    <w:p>
      <w:pPr>
        <w:pStyle w:val="000008"/>
      </w:pPr>
      <w:r>
        <w:rPr>
          <w:rFonts w:hint="eastAsia" w:ascii="微软雅黑" w:hAnsi="微软雅黑" w:eastAsia="微软雅黑"/>
          <w:color w:val="15294D"/>
          <w:sz w:val="32"/>
        </w:rPr>
        <w:t>10 个不靠药的改善动作</w:t>
      </w:r>
    </w:p>
    <w:p>
      <w:pPr>
        <w:pStyle w:val="00000a"/>
      </w:pPr>
      <w:r>
        <w:rPr>
          <w:rFonts w:hint="eastAsia" w:ascii="微软雅黑" w:hAnsi="微软雅黑" w:eastAsia="微软雅黑"/>
          <w:color w:val="15294D"/>
          <w:sz w:val="26"/>
        </w:rPr>
        <w:t>1. 把闹钟藏起来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半夜醒来第一反应看时间，一看“才 3 点”，焦虑立刻上来。把闹钟转过去、塞进抽屉，或者直接挪出卧室。看不见时间，大脑就少一个恐慌来源。</w:t>
      </w:r>
    </w:p>
    <w:p>
      <w:pPr>
        <w:pStyle w:val="00000a"/>
      </w:pPr>
      <w:r>
        <w:rPr>
          <w:rFonts w:hint="eastAsia" w:ascii="微软雅黑" w:hAnsi="微软雅黑" w:eastAsia="微软雅黑"/>
          <w:color w:val="15294D"/>
          <w:sz w:val="26"/>
        </w:rPr>
        <w:t>2. 固定起床时间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比“几点睡”更重要的是“几点起”。每天同一时间起床（包括周末），生物钟才有锚点。睡得晚也照常起，白天稍微累一点，晚上更容易困。</w:t>
      </w:r>
    </w:p>
    <w:p>
      <w:pPr>
        <w:pStyle w:val="00000a"/>
      </w:pPr>
      <w:r>
        <w:rPr>
          <w:rFonts w:hint="eastAsia" w:ascii="微软雅黑" w:hAnsi="微软雅黑" w:eastAsia="微软雅黑"/>
          <w:color w:val="15294D"/>
          <w:sz w:val="26"/>
        </w:rPr>
        <w:t>3. 床只用来睡觉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不在床上刷手机、看剧、回消息、想事情。让大脑把“床”和“睡觉”画等号。醒了超过 20 分钟还睡不着，就下床。</w:t>
      </w:r>
    </w:p>
    <w:p>
      <w:pPr>
        <w:pStyle w:val="00000a"/>
      </w:pPr>
      <w:r>
        <w:rPr>
          <w:rFonts w:hint="eastAsia" w:ascii="微软雅黑" w:hAnsi="微软雅黑" w:eastAsia="微软雅黑"/>
          <w:color w:val="15294D"/>
          <w:sz w:val="26"/>
        </w:rPr>
        <w:t>4. 20 分钟睡不着就下床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躺床上翻来覆去只会越躺越焦虑。下床去暗一点的房间，做点无聊的事（叠衣服、发呆），有困意再回床。目的是不让“床 = 清醒焦虑”被强化。</w:t>
      </w:r>
    </w:p>
    <w:p>
      <w:pPr>
        <w:pStyle w:val="00000a"/>
      </w:pPr>
      <w:r>
        <w:rPr>
          <w:rFonts w:hint="eastAsia" w:ascii="微软雅黑" w:hAnsi="微软雅黑" w:eastAsia="微软雅黑"/>
          <w:color w:val="15294D"/>
          <w:sz w:val="26"/>
        </w:rPr>
        <w:t>5. 睡前 1 小时降蓝光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手机、平板、电脑的蓝光会骗大脑“现在还是白天”。睡前 1 小时把手机移出卧室，开一盏暖光小夜灯。实在要用，就开护眼模式+调最暗。</w:t>
      </w:r>
    </w:p>
    <w:p>
      <w:pPr>
        <w:pStyle w:val="00000a"/>
      </w:pPr>
      <w:r>
        <w:rPr>
          <w:rFonts w:hint="eastAsia" w:ascii="微软雅黑" w:hAnsi="微软雅黑" w:eastAsia="微软雅黑"/>
          <w:color w:val="15294D"/>
          <w:sz w:val="26"/>
        </w:rPr>
        <w:t>6. 把“我必须睡着”换成“闭眼休息也 OK”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越逼自己睡，越清醒。“必须睡着”是失眠最大的敌人。换成“闭眼躺着也是在休息”，紧绷感会松下来，反而更容易睡着。</w:t>
      </w:r>
    </w:p>
    <w:p>
      <w:pPr>
        <w:pStyle w:val="00000a"/>
      </w:pPr>
      <w:r>
        <w:rPr>
          <w:rFonts w:hint="eastAsia" w:ascii="微软雅黑" w:hAnsi="微软雅黑" w:eastAsia="微软雅黑"/>
          <w:color w:val="15294D"/>
          <w:sz w:val="26"/>
        </w:rPr>
        <w:t>7. 早上晒 15 分钟晨光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起床后到户外晒会儿太阳（哪怕阴天也行）。晨光会告诉大脑“新的一天开始了”，帮它重新排好褪黑素节奏，晚上更容易困。</w:t>
      </w:r>
    </w:p>
    <w:p>
      <w:pPr>
        <w:pStyle w:val="00000a"/>
      </w:pPr>
      <w:r>
        <w:rPr>
          <w:rFonts w:hint="eastAsia" w:ascii="微软雅黑" w:hAnsi="微软雅黑" w:eastAsia="微软雅黑"/>
          <w:color w:val="15294D"/>
          <w:sz w:val="26"/>
        </w:rPr>
        <w:t>8. 睡前写“担忧清单”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脑子停不下来，是因为怕忘了。拿张纸，把明天要操心的事、今天的情绪全写下来，告诉自己“已经记下了，明天再处理”。写完大脑就肯下班了。</w:t>
      </w:r>
    </w:p>
    <w:p>
      <w:pPr>
        <w:pStyle w:val="00000a"/>
      </w:pPr>
      <w:r>
        <w:rPr>
          <w:rFonts w:hint="eastAsia" w:ascii="微软雅黑" w:hAnsi="微软雅黑" w:eastAsia="微软雅黑"/>
          <w:color w:val="15294D"/>
          <w:sz w:val="26"/>
        </w:rPr>
        <w:t>9. 咖啡因 14 点前截止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咖啡、浓茶、奶茶、可乐，下午 2 点后一律停。咖啡因在身体里能待 6—8 小时，神经疲劳型的人尤其要管住。</w:t>
      </w:r>
    </w:p>
    <w:p>
      <w:pPr>
        <w:pStyle w:val="00000a"/>
      </w:pPr>
      <w:r>
        <w:rPr>
          <w:rFonts w:hint="eastAsia" w:ascii="微软雅黑" w:hAnsi="微软雅黑" w:eastAsia="微软雅黑"/>
          <w:color w:val="15294D"/>
          <w:sz w:val="26"/>
        </w:rPr>
        <w:t>10. 不补觉、不提前上床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白天再困也别长时间补觉（最多眯 20 分钟）。晚上也别为了“多睡会儿”提前躺床——在床上清醒越久，睡眠效率越低。困了再上床。</w:t>
      </w:r>
    </w:p>
    <w:p/>
    <w:p>
      <w:pPr>
        <w:pStyle w:val="000008"/>
      </w:pPr>
      <w:r>
        <w:rPr>
          <w:rFonts w:hint="eastAsia" w:ascii="微软雅黑" w:hAnsi="微软雅黑" w:eastAsia="微软雅黑"/>
          <w:color w:val="15294D"/>
          <w:sz w:val="32"/>
        </w:rPr>
        <w:t>一个关键认知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失眠不是“缺觉”，是“睡眠能力”暂时掉线了。</w:t>
      </w:r>
      <w:r>
        <w:rPr>
          <w:rFonts w:ascii="微软雅黑" w:hAnsi="微软雅黑" w:eastAsia="微软雅黑"/>
          <w:b w:val="0"/>
          <w:i w:val="0"/>
          <w:sz w:val="22"/>
        </w:rPr>
        <w:br w:type="textWrapping"/>
      </w:r>
      <w:r>
        <w:rPr>
          <w:rFonts w:hint="eastAsia" w:ascii="微软雅黑" w:hAnsi="微软雅黑" w:eastAsia="微软雅黑"/>
          <w:b w:val="0"/>
          <w:i w:val="0"/>
          <w:sz w:val="22"/>
        </w:rPr>
        <w:t>药物能帮你救急，但把能力长回来，靠的是方法、节奏和一点点耐心。CBT-I（失眠认知行为疗法）是目前国际指南里的一线方法，大量研究显示约 80% 的人用它能改善睡眠——它不靠药，而是把“躺下就清醒”的恶性循环，重新调回“躺下就放松”。</w:t>
      </w:r>
    </w:p>
    <w:p/>
    <w:p>
      <w:pPr>
        <w:pStyle w:val="000008"/>
      </w:pPr>
      <w:r>
        <w:rPr>
          <w:rFonts w:hint="eastAsia" w:ascii="微软雅黑" w:hAnsi="微软雅黑" w:eastAsia="微软雅黑"/>
          <w:color w:val="15294D"/>
          <w:sz w:val="32"/>
        </w:rPr>
        <w:t>下一步，从这一件开始</w:t>
      </w:r>
    </w:p>
    <w:p>
      <w:r>
        <w:rPr>
          <w:rFonts w:hint="eastAsia" w:ascii="微软雅黑" w:hAnsi="微软雅黑" w:eastAsia="微软雅黑"/>
          <w:b w:val="1"/>
          <w:i w:val="0"/>
          <w:sz w:val="22"/>
        </w:rPr>
        <w:t>1. 做免费分型测评：</w:t>
      </w:r>
      <w:r>
        <w:fldChar w:fldCharType="begin" w:fldLock="0" w:dirty="0"/>
      </w:r>
      <w:r>
        <w:instrText>HYPERLINK "https://shuimian.xyz/assess"</w:instrText>
      </w:r>
      <w:r>
        <w:fldChar w:fldCharType="separate" w:fldLock="0" w:dirty="0"/>
      </w:r>
      <w:r>
        <w:rPr>
          <w:rStyle w:val="0000b8"/>
          <w:rFonts w:eastAsia="微软雅黑"/>
          <w:color w:val="1F4E9C"/>
          <w:u w:val="single"/>
        </w:rPr>
        <w:t>https://shuimian.xyz/assess</w:t>
      </w:r>
      <w:r>
        <w:fldChar w:fldCharType="end" w:fldLock="0" w:dirty="0"/>
      </w:r>
      <w:r>
        <w:rPr>
          <w:rFonts w:hint="eastAsia" w:ascii="微软雅黑" w:hAnsi="微软雅黑" w:eastAsia="微软雅黑"/>
          <w:b w:val="0"/>
          <w:i w:val="0"/>
          <w:color w:val="666666"/>
          <w:sz w:val="22"/>
        </w:rPr>
        <w:t xml:space="preserve"> （3 分钟，知道自己是哪一种）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2. 测完照着上面 10 个动作，先挑 2—3 个做一周</w:t>
      </w:r>
    </w:p>
    <w:p>
      <w:r>
        <w:rPr>
          <w:rFonts w:hint="eastAsia" w:ascii="微软雅黑" w:hAnsi="微软雅黑" w:eastAsia="微软雅黑"/>
          <w:b w:val="0"/>
          <w:i w:val="0"/>
          <w:sz w:val="22"/>
        </w:rPr>
        <w:t>3. 想有人陪着一起练、卡住了有人接住，可以了解我们的 56 天睡眠力陪伴</w:t>
      </w:r>
    </w:p>
    <w:p/>
    <w:p>
      <w:r>
        <w:rPr>
          <w:rFonts w:hint="eastAsia" w:ascii="微软雅黑" w:hAnsi="微软雅黑" w:eastAsia="微软雅黑"/>
          <w:b w:val="1"/>
          <w:i w:val="0"/>
          <w:color w:val="15294D"/>
          <w:sz w:val="22"/>
        </w:rPr>
        <w:t>不靠药，不硬扛。先把睡眠能力，一点点长回来。</w:t>
      </w:r>
    </w:p>
    <w:p>
      <w:pPr>
        <w:jc w:val="right"/>
      </w:pPr>
      <w:r>
        <w:rPr>
          <w:rFonts w:hint="eastAsia" w:ascii="微软雅黑" w:hAnsi="微软雅黑" w:eastAsia="微软雅黑"/>
          <w:b w:val="0"/>
          <w:i w:val="0"/>
          <w:color w:val="666666"/>
          <w:sz w:val="20"/>
        </w:rPr>
        <w:t>—— 高仰珍 · 无忧睡眠</w:t>
      </w:r>
    </w:p>
    <w:p/>
    <w:p>
      <w:r>
        <w:rPr>
          <w:rFonts w:hint="eastAsia" w:ascii="微软雅黑" w:hAnsi="微软雅黑" w:eastAsia="微软雅黑"/>
          <w:color w:val="666666"/>
          <w:sz w:val="18"/>
        </w:rPr>
        <w:t>内容基于 CBT-I 原理编写 · 不构成医疗诊断 · 测评结果仅供参考</w:t>
      </w:r>
    </w:p>
    <w:sectPr w:rsidRPr="0006063C" w:rsidR="00FC693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 w:characterSet="ISO-8859-1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 w:characterSet="ISO-8859-1"/>
    <w:family w:val="modern"/>
    <w:notTrueType w:val="1"/>
    <w:pitch w:val="fixed"/>
    <w:sig w:usb0="00000001" w:usb1="08070000" w:usb2="00000010" w:usb3="00000000" w:csb0="00020000" w:csb1="00000000"/>
  </w:font>
  <w:font w:name="ＭＳ 明朝">
    <w:panose1 w:val="00000000000000000000"/>
    <w:charset w:val="80" w:characterSet="ISO-8859-1"/>
    <w:family w:val="roman"/>
    <w:notTrueType w:val="1"/>
    <w:pitch w:val="fixed"/>
    <w:sig w:usb0="00000001" w:usb1="08070000" w:usb2="00000010" w:usb3="00000000" w:csb0="00020000" w:csb1="00000000"/>
  </w:font>
  <w:font w:name="Times New Roman">
    <w:panose1 w:val="02020603050405020304"/>
    <w:charset w:val="00" w:characterSet="ISO-8859-1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 w:characterSet="ISO-8859-1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 w:characterSet="ISO-8859-1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 w:characterSet="ISO-8859-1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 w:characterSet="ISO-8859-1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FFFFFF88"/>
    <w:multiLevelType w:val="singleLevel"/>
    <w:tmpl w:val="D0A62B40"/>
    <w:lvl w:ilvl="0">
      <w:start w:val="1"/>
      <w:numFmt w:val="decimal"/>
      <w:pStyle w:val="00003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7F"/>
    <w:multiLevelType w:val="singleLevel"/>
    <w:tmpl w:val="38441652"/>
    <w:lvl w:ilvl="0">
      <w:start w:val="1"/>
      <w:numFmt w:val="decimal"/>
      <w:pStyle w:val="000034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FFFFFF83"/>
    <w:multiLevelType w:val="singleLevel"/>
    <w:tmpl w:val="3D1EFFD4"/>
    <w:lvl w:ilvl="0">
      <w:start w:val="1"/>
      <w:numFmt w:val="bullet"/>
      <w:pStyle w:val="00002e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3">
    <w:nsid w:val="FFFFFF82"/>
    <w:multiLevelType w:val="singleLevel"/>
    <w:tmpl w:val="F3EAFDEC"/>
    <w:lvl w:ilvl="0">
      <w:start w:val="1"/>
      <w:numFmt w:val="bullet"/>
      <w:pStyle w:val="000030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7E"/>
    <w:multiLevelType w:val="singleLevel"/>
    <w:tmpl w:val="FB12693A"/>
    <w:lvl w:ilvl="0">
      <w:start w:val="1"/>
      <w:numFmt w:val="decimal"/>
      <w:pStyle w:val="000036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5">
    <w:nsid w:val="FFFFFF89"/>
    <w:multiLevelType w:val="singleLevel"/>
    <w:tmpl w:val="29761A62"/>
    <w:lvl w:ilvl="0">
      <w:start w:val="1"/>
      <w:numFmt w:val="bullet"/>
      <w:pStyle w:val="00002c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6">
    <w:abstractNumId w:val="5"/>
  </w:num>
  <w:num w:numId="5">
    <w:abstractNumId w:val="1"/>
  </w:num>
  <w:num w:numId="4">
    <w:abstractNumId w:val="2"/>
  </w:num>
  <w:num w:numId="2">
    <w:abstractNumId w:val="0"/>
  </w:num>
  <w:num w:numId="3">
    <w:abstractNumId w:val="4"/>
  </w:num>
  <w:num w:numId="1">
    <w:abstractNumId w:val="3"/>
  </w:num>
</w:numbering>
</file>

<file path=word/settings.xml><?xml version="1.0" encoding="utf-8"?>
<w:settings xmlns:w="http://schemas.openxmlformats.org/wordprocessingml/2006/main">
  <w:zoom w:val="bestFit"/>
  <w:proofState w:spelling="clean" w:grammar="clean"/>
  <w:defaultTabStop w:val="720"/>
  <w:characterSpacingControl w:val="doNotCompress"/>
  <w:savePreviewPicture w:val="1"/>
  <w:compat>
    <w:useFELayout w:val="1"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4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 w:val="1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Light Shading" w:uiPriority="60" w:semiHidden="0" w:unhideWhenUsed="0"/>
    <w:lsdException w:name="Light List Accent 5" w:uiPriority="61" w:semiHidden="0" w:unhideWhenUsed="0"/>
    <w:lsdException w:name="Medium Grid 1" w:uiPriority="67" w:semiHidden="0" w:unhideWhenUsed="0"/>
    <w:lsdException w:name="Medium Grid 1 Accent 3" w:uiPriority="67" w:semiHidden="0" w:unhideWhenUsed="0"/>
    <w:lsdException w:name="heading 1" w:uiPriority="9" w:semiHidden="0" w:unhideWhenUsed="0" w:qFormat="1"/>
    <w:lsdException w:name="Light Shading Accent 4" w:uiPriority="60" w:semiHidden="0" w:unhideWhenUsed="0"/>
    <w:lsdException w:name="heading 7" w:uiPriority="9" w:qFormat="1"/>
    <w:lsdException w:name="Emphasis" w:uiPriority="20" w:semiHidden="0" w:unhideWhenUsed="0" w:qFormat="1"/>
    <w:lsdException w:name="Dark List" w:uiPriority="70" w:semiHidden="0" w:unhideWhenUsed="0"/>
    <w:lsdException w:name="heading 8" w:uiPriority="9" w:qFormat="1"/>
    <w:lsdException w:name="toc 4" w:uiPriority="39"/>
    <w:lsdException w:name="Intense Reference" w:uiPriority="32" w:semiHidden="0" w:unhideWhenUsed="0" w:qFormat="1"/>
    <w:lsdException w:name="Medium Grid 1 Accent 2" w:uiPriority="67" w:semiHidden="0" w:unhideWhenUsed="0"/>
    <w:lsdException w:name="Medium Grid 1 Accent 1" w:uiPriority="67" w:semiHidden="0" w:unhideWhenUsed="0"/>
    <w:lsdException w:name="Medium List 1" w:uiPriority="65" w:semiHidden="0" w:unhideWhenUsed="0"/>
    <w:lsdException w:name="heading 6" w:uiPriority="9" w:qFormat="1"/>
    <w:lsdException w:name="Medium Grid 2 Accent 2" w:uiPriority="68" w:semiHidden="0" w:unhideWhenUsed="0"/>
    <w:lsdException w:name="Medium Grid 2 Accent 1" w:uiPriority="68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Medium List 2 Accent 6" w:uiPriority="66" w:semiHidden="0" w:unhideWhenUsed="0"/>
    <w:lsdException w:name="Colorful Shading Accent 2" w:uiPriority="71" w:semiHidden="0" w:unhideWhenUsed="0"/>
    <w:lsdException w:name="Medium List 1 Accent 5" w:uiPriority="65" w:semiHidden="0" w:unhideWhenUsed="0"/>
    <w:lsdException w:name="Medium Shading 2 Accent 3" w:uiPriority="64" w:semiHidden="0" w:unhideWhenUsed="0"/>
    <w:lsdException w:name="Medium List 2 Accent 2" w:uiPriority="66" w:semiHidden="0" w:unhideWhenUsed="0"/>
    <w:lsdException w:name="Subtitle" w:uiPriority="11" w:semiHidden="0" w:unhideWhenUsed="0" w:qFormat="1"/>
    <w:lsdException w:name="Medium List 1 Accent 1" w:uiPriority="65" w:semiHidden="0" w:unhideWhenUsed="0"/>
    <w:lsdException w:name="Bibliography" w:uiPriority="37"/>
    <w:lsdException w:name="Medium List 1 Accent 6" w:uiPriority="65" w:semiHidden="0" w:unhideWhenUsed="0"/>
    <w:lsdException w:name="Medium List 1 Accent 4" w:uiPriority="65" w:semiHidden="0" w:unhideWhenUsed="0"/>
    <w:lsdException w:name="Light Grid Accent 6" w:uiPriority="62" w:semiHidden="0" w:unhideWhenUsed="0"/>
    <w:lsdException w:name="Light Grid Accent 5" w:uiPriority="62" w:semiHidden="0" w:unhideWhenUsed="0"/>
    <w:lsdException w:name="Medium List 1 Accent 2" w:uiPriority="65" w:semiHidden="0" w:unhideWhenUsed="0"/>
    <w:lsdException w:name="Medium Grid 2 Accent 5" w:uiPriority="68" w:semiHidden="0" w:unhideWhenUsed="0"/>
    <w:lsdException w:name="Light Grid Accent 3" w:uiPriority="62" w:semiHidden="0" w:unhideWhenUsed="0"/>
    <w:lsdException w:name="Colorful Grid" w:uiPriority="73" w:semiHidden="0" w:unhideWhenUsed="0"/>
    <w:lsdException w:name="Subtle Reference" w:uiPriority="31" w:semiHidden="0" w:unhideWhenUsed="0" w:qFormat="1"/>
    <w:lsdException w:name="toc 7" w:uiPriority="39"/>
    <w:lsdException w:name="Book Title" w:uiPriority="33" w:semiHidden="0" w:unhideWhenUsed="0" w:qFormat="1"/>
    <w:lsdException w:name="Light Shading Accent 3" w:uiPriority="60" w:semiHidden="0" w:unhideWhenUsed="0"/>
    <w:lsdException w:name="Colorful List Accent 5" w:uiPriority="72" w:semiHidden="0" w:unhideWhenUsed="0"/>
    <w:lsdException w:name="Light Grid Accent 2" w:uiPriority="62" w:semiHidden="0" w:unhideWhenUsed="0"/>
    <w:lsdException w:name="Colorful List Accent 2" w:uiPriority="72" w:semiHidden="0" w:unhideWhenUsed="0"/>
    <w:lsdException w:name="Colorful List Accent 1" w:uiPriority="72" w:semiHidden="0" w:unhideWhenUsed="0"/>
    <w:lsdException w:name="Colorful List Accent 6" w:uiPriority="72" w:semiHidden="0" w:unhideWhenUsed="0"/>
    <w:lsdException w:name="Medium Grid 1 Accent 5" w:uiPriority="67" w:semiHidden="0" w:unhideWhenUsed="0"/>
    <w:lsdException w:name="Medium List 2" w:uiPriority="66" w:semiHidden="0" w:unhideWhenUsed="0"/>
    <w:lsdException w:name="Colorful Shading Accent 1" w:uiPriority="71" w:semiHidden="0" w:unhideWhenUsed="0"/>
    <w:lsdException w:name="Light List Accent 1" w:uiPriority="61" w:semiHidden="0" w:unhideWhenUsed="0"/>
    <w:lsdException w:name="Colorful List Accent 4" w:uiPriority="72" w:semiHidden="0" w:unhideWhenUsed="0"/>
    <w:lsdException w:name="Intense Quote" w:uiPriority="30" w:semiHidden="0" w:unhideWhenUsed="0" w:qFormat="1"/>
    <w:lsdException w:name="Light List Accent 3" w:uiPriority="61" w:semiHidden="0" w:unhideWhenUsed="0"/>
    <w:lsdException w:name="Colorful Grid Accent 2" w:uiPriority="73" w:semiHidden="0" w:unhideWhenUsed="0"/>
    <w:lsdException w:name="Medium Grid 3" w:uiPriority="69" w:semiHidden="0" w:unhideWhenUsed="0"/>
    <w:lsdException w:name="Colorful Grid Accent 1" w:uiPriority="73" w:semiHidden="0" w:unhideWhenUsed="0"/>
    <w:lsdException w:name="Colorful Grid Accent 6" w:uiPriority="73" w:semiHidden="0" w:unhideWhenUsed="0"/>
    <w:lsdException w:name="Intense Emphasis" w:uiPriority="21" w:semiHidden="0" w:unhideWhenUsed="0" w:qFormat="1"/>
    <w:lsdException w:name="Medium Shading 2 Accent 2" w:uiPriority="64" w:semiHidden="0" w:unhideWhenUsed="0"/>
    <w:lsdException w:name="Default Paragraph Font" w:uiPriority="1"/>
    <w:lsdException w:name="Medium Grid 1 Accent 4" w:uiPriority="67" w:semiHidden="0" w:unhideWhenUsed="0"/>
    <w:lsdException w:name="Colorful Shading Accent 4" w:uiPriority="71" w:semiHidden="0" w:unhideWhenUsed="0"/>
    <w:lsdException w:name="Colorful Shading Accent 3" w:uiPriority="71" w:semiHidden="0" w:unhideWhenUsed="0"/>
    <w:lsdException w:name="Medium Grid 2 Accent 3" w:uiPriority="68" w:semiHidden="0" w:unhideWhenUsed="0"/>
    <w:lsdException w:name="Medium Shading 1 Accent 1" w:uiPriority="63" w:semiHidden="0" w:unhideWhenUsed="0"/>
    <w:lsdException w:name="Subtle Emphasis" w:uiPriority="19" w:semiHidden="0" w:unhideWhenUsed="0" w:qFormat="1"/>
    <w:lsdException w:name="Title" w:uiPriority="10" w:semiHidden="0" w:unhideWhenUsed="0" w:qFormat="1"/>
    <w:lsdException w:name="Medium Grid 3 Accent 1" w:uiPriority="69" w:semiHidden="0" w:unhideWhenUsed="0"/>
    <w:lsdException w:name="Medium Shading 1 Accent 3" w:uiPriority="63" w:semiHidden="0" w:unhideWhenUsed="0"/>
    <w:lsdException w:name="Medium List 1 Accent 3" w:uiPriority="65" w:semiHidden="0" w:unhideWhenUsed="0"/>
    <w:lsdException w:name="Placeholder Text" w:unhideWhenUsed="0"/>
    <w:lsdException w:name="Dark List Accent 2" w:uiPriority="70" w:semiHidden="0" w:unhideWhenUsed="0"/>
    <w:lsdException w:name="Medium Grid 3 Accent 2" w:uiPriority="69" w:semiHidden="0" w:unhideWhenUsed="0"/>
    <w:lsdException w:name="Colorful Shading" w:uiPriority="71" w:semiHidden="0" w:unhideWhenUsed="0"/>
    <w:lsdException w:name="Revision" w:unhideWhenUsed="0"/>
    <w:lsdException w:name="Medium Grid 3 Accent 5" w:uiPriority="69" w:semiHidden="0" w:unhideWhenUsed="0"/>
    <w:lsdException w:name="Dark List Accent 1" w:uiPriority="70" w:semiHidden="0" w:unhideWhenUsed="0"/>
    <w:lsdException w:name="Medium Shading 1 Accent 4" w:uiPriority="63" w:semiHidden="0" w:unhideWhenUsed="0"/>
    <w:lsdException w:name="Colorful List Accent 3" w:uiPriority="72" w:semiHidden="0" w:unhideWhenUsed="0"/>
    <w:lsdException w:name="Dark List Accent 5" w:uiPriority="70" w:semiHidden="0" w:unhideWhenUsed="0"/>
    <w:lsdException w:name="Colorful Grid Accent 5" w:uiPriority="73" w:semiHidden="0" w:unhideWhenUsed="0"/>
    <w:lsdException w:name="Quote" w:uiPriority="29" w:semiHidden="0" w:unhideWhenUsed="0" w:qFormat="1"/>
    <w:lsdException w:name="Table Grid" w:uiPriority="59" w:semiHidden="0" w:unhideWhenUsed="0"/>
    <w:lsdException w:name="heading 2" w:uiPriority="9" w:qFormat="1"/>
    <w:lsdException w:name="toc 8" w:uiPriority="39"/>
    <w:lsdException w:name="toc 3" w:uiPriority="39"/>
    <w:lsdException w:name="Colorful Grid Accent 3" w:uiPriority="73" w:semiHidden="0" w:unhideWhenUsed="0"/>
    <w:lsdException w:name="Light List Accent 4" w:uiPriority="61" w:semiHidden="0" w:unhideWhenUsed="0"/>
    <w:lsdException w:name="Medium Grid 2" w:uiPriority="68" w:semiHidden="0" w:unhideWhenUsed="0"/>
    <w:lsdException w:name="heading 5" w:uiPriority="9" w:qFormat="1"/>
    <w:lsdException w:name="Colorful Grid Accent 4" w:uiPriority="73" w:semiHidden="0" w:unhideWhenUsed="0"/>
    <w:lsdException w:name="Light List Accent 6" w:uiPriority="61" w:semiHidden="0" w:unhideWhenUsed="0"/>
    <w:lsdException w:name="Light List Accent 2" w:uiPriority="61" w:semiHidden="0" w:unhideWhenUsed="0"/>
    <w:lsdException w:name="Medium Shading 2 Accent 4" w:uiPriority="64" w:semiHidden="0" w:unhideWhenUsed="0"/>
    <w:lsdException w:name="Light List" w:uiPriority="61" w:semiHidden="0" w:unhideWhenUsed="0"/>
    <w:lsdException w:name="heading 9" w:uiPriority="9" w:qFormat="1"/>
    <w:lsdException w:name="heading 4" w:uiPriority="9" w:qFormat="1"/>
    <w:lsdException w:name="Medium Grid 2 Accent 4" w:uiPriority="68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Medium Grid 3 Accent 3" w:uiPriority="69" w:semiHidden="0" w:unhideWhenUsed="0"/>
    <w:lsdException w:name="Medium Grid 1 Accent 6" w:uiPriority="67" w:semiHidden="0" w:unhideWhenUsed="0"/>
    <w:lsdException w:name="Dark List Accent 3" w:uiPriority="70" w:semiHidden="0" w:unhideWhenUsed="0"/>
    <w:lsdException w:name="Medium Shading 1 Accent 2" w:uiPriority="63" w:semiHidden="0" w:unhideWhenUsed="0"/>
    <w:lsdException w:name="Medium Shading 1 Accent 6" w:uiPriority="63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2 Accent 4" w:uiPriority="66" w:semiHidden="0" w:unhideWhenUsed="0"/>
    <w:lsdException w:name="Medium List 2 Accent 3" w:uiPriority="66" w:semiHidden="0" w:unhideWhenUsed="0"/>
    <w:lsdException w:name="Medium Grid 2 Accent 6" w:uiPriority="68" w:semiHidden="0" w:unhideWhenUsed="0"/>
    <w:lsdException w:name="List Paragraph" w:uiPriority="34" w:semiHidden="0" w:unhideWhenUsed="0" w:qFormat="1"/>
    <w:lsdException w:name="Normal" w:uiPriority="0" w:semiHidden="0" w:unhideWhenUsed="0" w:qFormat="1"/>
    <w:lsdException w:name="Strong" w:uiPriority="22" w:semiHidden="0" w:unhideWhenUsed="0" w:qFormat="1"/>
    <w:lsdException w:name="Medium Shading 2 Accent 1" w:uiPriority="64" w:semiHidden="0" w:unhideWhenUsed="0"/>
    <w:lsdException w:name="Medium Shading 1 Accent 5" w:uiPriority="63" w:semiHidden="0" w:unhideWhenUsed="0"/>
    <w:lsdException w:name="Light Grid Accent 4" w:uiPriority="62" w:semiHidden="0" w:unhideWhenUsed="0"/>
    <w:lsdException w:name="Medium Grid 3 Accent 4" w:uiPriority="69" w:semiHidden="0" w:unhideWhenUsed="0"/>
    <w:lsdException w:name="Colorful List" w:uiPriority="72" w:semiHidden="0" w:unhideWhenUsed="0"/>
    <w:lsdException w:name="Light Grid Accent 1" w:uiPriority="62" w:semiHidden="0" w:unhideWhenUsed="0"/>
    <w:lsdException w:name="Medium List 2 Accent 5" w:uiPriority="66" w:semiHidden="0" w:unhideWhenUsed="0"/>
    <w:lsdException w:name="Medium Grid 3 Accent 6" w:uiPriority="69" w:semiHidden="0" w:unhideWhenUsed="0"/>
    <w:lsdException w:name="TOC Heading" w:uiPriority="39" w:qFormat="1"/>
    <w:lsdException w:name="No Spacing" w:uiPriority="1" w:semiHidden="0" w:unhideWhenUsed="0" w:qFormat="1"/>
    <w:lsdException w:name="Medium List 2 Accent 1" w:uiPriority="66" w:semiHidden="0" w:unhideWhenUsed="0"/>
    <w:lsdException w:name="Dark List Accent 4" w:uiPriority="70" w:semiHidden="0" w:unhideWhenUsed="0"/>
    <w:lsdException w:name="Light Shading Accent 5" w:uiPriority="60" w:semiHidden="0" w:unhideWhenUsed="0"/>
    <w:lsdException w:name="Light Grid" w:uiPriority="62" w:semiHidden="0" w:unhideWhenUsed="0"/>
    <w:lsdException w:name="toc 5" w:uiPriority="39"/>
    <w:lsdException w:name="Light Shading Accent 1" w:uiPriority="60" w:semiHidden="0" w:unhideWhenUsed="0"/>
    <w:lsdException w:name="toc 9" w:uiPriority="39"/>
    <w:lsdException w:name="toc 2" w:uiPriority="39"/>
    <w:lsdException w:name="toc 6" w:uiPriority="39"/>
    <w:lsdException w:name="toc 1" w:uiPriority="39"/>
    <w:lsdException w:name="heading 3" w:uiPriority="9" w:qFormat="1"/>
    <w:lsdException w:name="caption" w:uiPriority="35" w:qFormat="1"/>
    <w:lsdException w:name="Light Shading Accent 2" w:uiPriority="60" w:semiHidden="0" w:unhideWhenUsed="0"/>
    <w:lsdException w:name="Light Shading Accent 6" w:uiPriority="60" w:semiHidden="0" w:unhideWhenUsed="0"/>
    <w:lsdException w:name="Dark List Accent 6" w:uiPriority="70" w:semiHidden="0" w:unhideWhenUsed="0"/>
  </w:latentStyles>
  <w:style w:type="table" w:styleId="00005d">
    <w:name w:val="Light Grid Accent 5"/>
    <w:basedOn w:val="00001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000088">
    <w:name w:val="Medium Grid 2 Accent 6"/>
    <w:basedOn w:val="00001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nwCell">
      <w:tblPr/>
      <w:tcPr>
        <w:shd w:val="clear" w:color="auto" w:fill="FFFFFF" w:themeFill="background1"/>
      </w:tcPr>
    </w:tblStylePr>
    <w:tblStylePr w:type="firstRow">
      <w:rPr>
        <w:b w:val="1"/>
        <w:bCs w:val="1"/>
        <w:color w:val="000000" w:themeColor="text1"/>
      </w:rPr>
      <w:tblPr/>
      <w:tcPr>
        <w:shd w:val="clear" w:color="auto" w:fill="FEF4EC" w:themeFill="accent6" w:themeFillTint="19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CAA2" w:themeFill="accent6" w:themeFillTint="7F"/>
      </w:tcPr>
    </w:tblStylePr>
  </w:style>
  <w:style w:type="paragraph" w:styleId="000003">
    <w:name w:val="header"/>
    <w:basedOn w:val="000002"/>
    <w:link w:val="000004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table" w:styleId="0000a2">
    <w:name w:val="Colorful List Accent 4"/>
    <w:basedOn w:val="00001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lastRow">
      <w:rPr>
        <w:b w:val="1"/>
        <w:bCs w:val="1"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 w:val="1"/>
        <w:bCs w:val="1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  <w:tblStylePr w:type="firstRow">
      <w:rPr>
        <w:b w:val="1"/>
        <w:bCs w:val="1"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Col">
      <w:rPr>
        <w:b w:val="1"/>
        <w:bCs w:val="1"/>
      </w:rPr>
    </w:tblStylePr>
  </w:style>
  <w:style w:type="table" w:styleId="00005b">
    <w:name w:val="Light Grid Accent 3"/>
    <w:basedOn w:val="00001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000096">
    <w:name w:val="Dark List Accent 6"/>
    <w:basedOn w:val="00001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character" w:styleId="000047">
    <w:name w:val="Book Title"/>
    <w:basedOn w:val="000005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000026">
    <w:name w:val="Body Text 3"/>
    <w:basedOn w:val="000002"/>
    <w:link w:val="000027"/>
    <w:uiPriority w:val="99"/>
    <w:unhideWhenUsed w:val="1"/>
    <w:rsid w:val="00AA1D8D"/>
    <w:pPr>
      <w:spacing w:after="120"/>
    </w:pPr>
    <w:rPr>
      <w:sz w:val="16"/>
      <w:szCs w:val="16"/>
    </w:rPr>
  </w:style>
  <w:style w:type="table" w:styleId="000066">
    <w:name w:val="Medium Shading 2"/>
    <w:basedOn w:val="00001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</w:style>
  <w:style w:type="table" w:styleId="000071">
    <w:name w:val="Medium List 1 Accent 4"/>
    <w:basedOn w:val="00001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Col">
      <w:rPr>
        <w:b w:val="1"/>
        <w:bCs w:val="1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  <w:bCs w:val="1"/>
      </w:rPr>
    </w:tblStylePr>
    <w:tblStylePr w:type="band1Vert">
      <w:tblPr/>
      <w:tcPr>
        <w:shd w:val="clear" w:color="auto" w:fill="DFD8E8" w:themeFill="accent4" w:themeFillTint="3F"/>
      </w:tc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band1Horz">
      <w:tblPr/>
      <w:tcPr>
        <w:shd w:val="clear" w:color="auto" w:fill="DFD8E8" w:themeFill="accent4" w:themeFillTint="3F"/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</w:style>
  <w:style w:type="table" w:styleId="000063">
    <w:name w:val="Medium Shading 1 Accent 4"/>
    <w:basedOn w:val="00001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la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 w:val="1"/>
        <w:bCs w:val="1"/>
      </w:rPr>
    </w:tblStylePr>
  </w:style>
  <w:style w:type="paragraph" w:styleId="00000a">
    <w:name w:val="heading 2"/>
    <w:basedOn w:val="000002"/>
    <w:next w:val="000002"/>
    <w:link w:val="00000b"/>
    <w:uiPriority w:val="9"/>
    <w:unhideWhenUsed w:val="1"/>
    <w:qFormat w:val="1"/>
    <w:rsid w:val="00FC693F"/>
    <w:pPr>
      <w:keepNext w:val="1"/>
      <w:keepLines w:val="1"/>
      <w:spacing w:before="200" w:after="0"/>
      <w:outlineLvl w:val="1"/>
    </w:pPr>
    <w:rPr>
      <w:rFonts w:asciiTheme="majorHAnsi" w:hAnsiTheme="majorHAnsi" w:eastAsiaTheme="majorEastAsia" w:cstheme="majorBidi"/>
      <w:b w:val="1"/>
      <w:bCs w:val="1"/>
      <w:color w:val="4F81BD" w:themeColor="accent1"/>
      <w:sz w:val="26"/>
      <w:szCs w:val="26"/>
    </w:rPr>
  </w:style>
  <w:style w:type="table" w:styleId="000059">
    <w:name w:val="Light Grid Accent 1"/>
    <w:basedOn w:val="00001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00005e">
    <w:name w:val="Light Grid Accent 6"/>
    <w:basedOn w:val="00001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</w:style>
  <w:style w:type="table" w:styleId="000085">
    <w:name w:val="Medium Grid 2 Accent 3"/>
    <w:basedOn w:val="00001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nwCell">
      <w:tblPr/>
      <w:tcPr>
        <w:shd w:val="clear" w:color="auto" w:fill="FFFFFF" w:themeFill="background1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firstRow">
      <w:rPr>
        <w:b w:val="1"/>
        <w:bCs w:val="1"/>
        <w:color w:val="000000" w:themeColor="text1"/>
      </w:rPr>
      <w:tblPr/>
      <w:tcPr>
        <w:shd w:val="clear" w:color="auto" w:fill="F5F8EE" w:themeFill="accent3" w:themeFillTint="19"/>
      </w:tcPr>
    </w:tblStylePr>
    <w:tblStylePr w:type="band1Vert">
      <w:tblPr/>
      <w:tcPr>
        <w:shd w:val="clear" w:color="auto" w:fill="CDDDAC" w:themeFill="accent3" w:themeFillTint="7F"/>
      </w:tcPr>
    </w:tblStylePr>
  </w:style>
  <w:style w:type="character" w:styleId="000009" w:customStyle="1">
    <w:name w:val="Heading 1 Char"/>
    <w:basedOn w:val="000005"/>
    <w:link w:val="000008"/>
    <w:uiPriority w:val="9"/>
    <w:rsid w:val="00FC693F"/>
    <w:rPr>
      <w:rFonts w:asciiTheme="majorHAnsi" w:hAnsiTheme="majorHAnsi" w:eastAsiaTheme="majorEastAsia" w:cstheme="majorBidi"/>
      <w:b w:val="1"/>
      <w:bCs w:val="1"/>
      <w:color w:val="365F91" w:themeColor="accent1" w:themeShade="BF"/>
      <w:sz w:val="28"/>
      <w:szCs w:val="28"/>
    </w:rPr>
  </w:style>
  <w:style w:type="table" w:styleId="00005a">
    <w:name w:val="Light Grid Accent 2"/>
    <w:basedOn w:val="00001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character" w:styleId="00003f">
    <w:name w:val="Strong"/>
    <w:basedOn w:val="000005"/>
    <w:uiPriority w:val="22"/>
    <w:qFormat w:val="1"/>
    <w:rsid w:val="00FC693F"/>
    <w:rPr>
      <w:b w:val="1"/>
      <w:bCs w:val="1"/>
    </w:rPr>
  </w:style>
  <w:style w:type="table" w:styleId="0000a3">
    <w:name w:val="Colorful List Accent 5"/>
    <w:basedOn w:val="00001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band1Horz">
      <w:tblPr/>
      <w:tcPr>
        <w:shd w:val="clear" w:color="auto" w:fill="DAEEF3" w:themeFill="accent5" w:themeFillTint="33"/>
      </w:tcPr>
    </w:tblStylePr>
    <w:tblStylePr w:type="lastCol">
      <w:rPr>
        <w:b w:val="1"/>
        <w:bCs w:val="1"/>
      </w:rPr>
    </w:tblStylePr>
    <w:tblStylePr w:type="firstCol">
      <w:rPr>
        <w:b w:val="1"/>
        <w:bCs w:val="1"/>
      </w:rPr>
    </w:tblStylePr>
    <w:tblStylePr w:type="firstRow">
      <w:rPr>
        <w:b w:val="1"/>
        <w:bCs w:val="1"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lastRow">
      <w:rPr>
        <w:b w:val="1"/>
        <w:bCs w:val="1"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00004d">
    <w:name w:val="Light Shading Accent 3"/>
    <w:basedOn w:val="00001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Col">
      <w:rPr>
        <w:b w:val="1"/>
        <w:bCs w:val="1"/>
      </w:rPr>
    </w:tblStylePr>
    <w:tblStylePr w:type="firstCol">
      <w:rPr>
        <w:b w:val="1"/>
        <w:bCs w:val="1"/>
      </w:rPr>
    </w:tblStylePr>
  </w:style>
  <w:style w:type="table" w:styleId="0000a9">
    <w:name w:val="Colorful Grid Accent 4"/>
    <w:basedOn w:val="00001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 w:val="1"/>
        <w:bCs w:val="1"/>
      </w:rPr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Row">
      <w:rPr>
        <w:b w:val="1"/>
        <w:bCs w:val="1"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</w:style>
  <w:style w:type="table" w:styleId="0000a6">
    <w:name w:val="Colorful Grid Accent 1"/>
    <w:basedOn w:val="00001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band1Horz">
      <w:tblPr/>
      <w:tcPr>
        <w:shd w:val="clear" w:color="auto" w:fill="A7BFDE" w:themeFill="accent1" w:themeFillTint="7F"/>
      </w:tcPr>
    </w:tblStylePr>
    <w:tblStylePr w:type="lastRow">
      <w:rPr>
        <w:b w:val="1"/>
        <w:bCs w:val="1"/>
        <w:color w:val="000000" w:themeColor="text1"/>
      </w:rPr>
      <w:tblPr/>
      <w:tcPr>
        <w:shd w:val="clear" w:color="auto" w:fill="B8CCE4" w:themeFill="accent1" w:themeFillTint="66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firstRow">
      <w:rPr>
        <w:b w:val="1"/>
        <w:bCs w:val="1"/>
      </w:rPr>
      <w:tblPr/>
      <w:tcPr>
        <w:shd w:val="clear" w:color="auto" w:fill="B8CCE4" w:themeFill="accent1" w:themeFillTint="66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</w:style>
  <w:style w:type="table" w:styleId="000083">
    <w:name w:val="Medium Grid 2 Accent 1"/>
    <w:basedOn w:val="00001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Col">
      <w:rPr>
        <w:b w:val="1"/>
        <w:bCs w:val="1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Row">
      <w:rPr>
        <w:b w:val="1"/>
        <w:bCs w:val="1"/>
        <w:color w:val="000000" w:themeColor="text1"/>
      </w:rPr>
      <w:tblPr/>
      <w:tcPr>
        <w:shd w:val="clear" w:color="auto" w:fill="EDF2F8" w:themeFill="accent1" w:themeFillTint="19"/>
      </w:tcPr>
    </w:tblStylePr>
  </w:style>
  <w:style w:type="table" w:styleId="00005c">
    <w:name w:val="Light Grid Accent 4"/>
    <w:basedOn w:val="00001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00004a">
    <w:name w:val="Light Shading"/>
    <w:basedOn w:val="00001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Col">
      <w:rPr>
        <w:b w:val="1"/>
        <w:bCs w:val="1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000099">
    <w:name w:val="Colorful Shading Accent 2"/>
    <w:basedOn w:val="00001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band1Vert">
      <w:tblPr/>
      <w:tcPr>
        <w:shd w:val="clear" w:color="auto" w:fill="E5B8B7" w:themeFill="accent2" w:themeFillTint="66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Horz">
      <w:tblPr/>
      <w:tcPr>
        <w:shd w:val="clear" w:color="auto" w:fill="DFA7A6" w:themeFill="accent2" w:themeFillTint="7F"/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000090">
    <w:name w:val="Dark List"/>
    <w:basedOn w:val="00001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</w:style>
  <w:style w:type="table" w:styleId="0000ab">
    <w:name w:val="Colorful Grid Accent 6"/>
    <w:basedOn w:val="00001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band1Vert">
      <w:tblPr/>
      <w:tcPr>
        <w:shd w:val="clear" w:color="auto" w:fill="FBCAA2" w:themeFill="accent6" w:themeFillTint="7F"/>
      </w:tcPr>
    </w:tblStylePr>
    <w:tblStylePr w:type="firstRow">
      <w:rPr>
        <w:b w:val="1"/>
        <w:bCs w:val="1"/>
      </w:rPr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lastRow">
      <w:rPr>
        <w:b w:val="1"/>
        <w:bCs w:val="1"/>
        <w:color w:val="000000" w:themeColor="text1"/>
      </w:rPr>
      <w:tblPr/>
      <w:tcPr>
        <w:shd w:val="clear" w:color="auto" w:fill="FBD4B4" w:themeFill="accent6" w:themeFillTint="66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</w:style>
  <w:style w:type="table" w:styleId="000084">
    <w:name w:val="Medium Grid 2 Accent 2"/>
    <w:basedOn w:val="00001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nwCell">
      <w:tblPr/>
      <w:tcPr>
        <w:shd w:val="clear" w:color="auto" w:fill="FFFFFF" w:themeFill="background1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Row">
      <w:rPr>
        <w:b w:val="1"/>
        <w:bCs w:val="1"/>
        <w:color w:val="000000" w:themeColor="text1"/>
      </w:rPr>
      <w:tblPr/>
      <w:tcPr>
        <w:shd w:val="clear" w:color="auto" w:fill="F8EDED" w:themeFill="accent2" w:themeFillTint="19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</w:style>
  <w:style w:type="paragraph" w:styleId="000022">
    <w:name w:val="Body Text"/>
    <w:basedOn w:val="000002"/>
    <w:link w:val="000023"/>
    <w:uiPriority w:val="99"/>
    <w:unhideWhenUsed w:val="1"/>
    <w:rsid w:val="00AA1D8D"/>
    <w:pPr>
      <w:spacing w:after="120"/>
    </w:pPr>
  </w:style>
  <w:style w:type="paragraph" w:styleId="000029">
    <w:name w:val="List 2"/>
    <w:basedOn w:val="000002"/>
    <w:uiPriority w:val="99"/>
    <w:unhideWhenUsed w:val="1"/>
    <w:rsid w:val="00326F90"/>
    <w:pPr>
      <w:ind w:left="720" w:hanging="360"/>
      <w:contextualSpacing w:val="1"/>
    </w:pPr>
  </w:style>
  <w:style w:type="paragraph" w:styleId="000018">
    <w:name w:val="heading 9"/>
    <w:basedOn w:val="000002"/>
    <w:next w:val="000002"/>
    <w:link w:val="000019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8"/>
    </w:pPr>
    <w:rPr>
      <w:rFonts w:asciiTheme="majorHAnsi" w:hAnsiTheme="majorHAnsi" w:eastAsiaTheme="majorEastAsia" w:cstheme="majorBidi"/>
      <w:i w:val="1"/>
      <w:iCs w:val="1"/>
      <w:color w:val="404040" w:themeColor="text1" w:themeTint="BF"/>
      <w:sz w:val="20"/>
      <w:szCs w:val="20"/>
    </w:rPr>
  </w:style>
  <w:style w:type="character" w:styleId="000027" w:customStyle="1">
    <w:name w:val="Body Text 3 Char"/>
    <w:basedOn w:val="000005"/>
    <w:link w:val="000026"/>
    <w:uiPriority w:val="99"/>
    <w:rsid w:val="00AA1D8D"/>
    <w:rPr>
      <w:sz w:val="16"/>
      <w:szCs w:val="16"/>
    </w:rPr>
  </w:style>
  <w:style w:type="table" w:styleId="00009c">
    <w:name w:val="Colorful Shading Accent 5"/>
    <w:basedOn w:val="00001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B6DDE8" w:themeFill="accent5" w:themeFillTint="66"/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00007f">
    <w:name w:val="Medium Grid 1 Accent 4"/>
    <w:basedOn w:val="00001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band1Horz">
      <w:tblPr/>
      <w:tcPr>
        <w:shd w:val="clear" w:color="auto" w:fill="BFB1D0" w:themeFill="accent4" w:themeFillTint="7F"/>
      </w:tcPr>
    </w:tblStylePr>
    <w:tblStylePr w:type="lastRow">
      <w:rPr>
        <w:b w:val="1"/>
        <w:bCs w:val="1"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val="clear" w:color="auto" w:fill="BFB1D0" w:themeFill="accent4" w:themeFillTint="7F"/>
      </w:tcPr>
    </w:tblStylePr>
  </w:style>
  <w:style w:type="paragraph" w:styleId="000030">
    <w:name w:val="List Bullet 3"/>
    <w:basedOn w:val="000002"/>
    <w:uiPriority w:val="99"/>
    <w:unhideWhenUsed w:val="1"/>
    <w:rsid w:val="00326F90"/>
    <w:pPr>
      <w:numPr>
        <w:numId w:val="1"/>
      </w:numPr>
      <w:contextualSpacing w:val="1"/>
    </w:pPr>
  </w:style>
  <w:style w:type="table" w:styleId="000076">
    <w:name w:val="Medium List 2 Accent 2"/>
    <w:basedOn w:val="00001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swCell">
      <w:tblPr/>
      <w:tcPr>
        <w:tcBorders>
          <w:top w:val="nil"/>
        </w:tcBorders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</w:style>
  <w:style w:type="paragraph" w:styleId="000014">
    <w:name w:val="heading 7"/>
    <w:basedOn w:val="000002"/>
    <w:next w:val="000002"/>
    <w:link w:val="000015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6"/>
    </w:pPr>
    <w:rPr>
      <w:rFonts w:asciiTheme="majorHAnsi" w:hAnsiTheme="majorHAnsi" w:eastAsiaTheme="majorEastAsia" w:cstheme="majorBidi"/>
      <w:i w:val="1"/>
      <w:iCs w:val="1"/>
      <w:color w:val="404040" w:themeColor="text1" w:themeTint="BF"/>
    </w:rPr>
  </w:style>
  <w:style w:type="paragraph" w:styleId="000028">
    <w:name w:val="List"/>
    <w:basedOn w:val="000002"/>
    <w:uiPriority w:val="99"/>
    <w:unhideWhenUsed w:val="1"/>
    <w:rsid w:val="00AA1D8D"/>
    <w:pPr>
      <w:ind w:left="360" w:hanging="360"/>
      <w:contextualSpacing w:val="1"/>
    </w:pPr>
  </w:style>
  <w:style w:type="paragraph" w:styleId="00000c">
    <w:name w:val="heading 3"/>
    <w:basedOn w:val="000002"/>
    <w:next w:val="000002"/>
    <w:link w:val="00000d"/>
    <w:uiPriority w:val="9"/>
    <w:unhideWhenUsed w:val="1"/>
    <w:qFormat w:val="1"/>
    <w:rsid w:val="00FC693F"/>
    <w:pPr>
      <w:keepNext w:val="1"/>
      <w:keepLines w:val="1"/>
      <w:spacing w:before="200" w:after="0"/>
      <w:outlineLvl w:val="2"/>
    </w:pPr>
    <w:rPr>
      <w:rFonts w:asciiTheme="majorHAnsi" w:hAnsiTheme="majorHAnsi" w:eastAsiaTheme="majorEastAsia" w:cstheme="majorBidi"/>
      <w:b w:val="1"/>
      <w:bCs w:val="1"/>
      <w:color w:val="4F81BD" w:themeColor="accent1"/>
    </w:rPr>
  </w:style>
  <w:style w:type="table" w:styleId="000077">
    <w:name w:val="Medium List 2 Accent 3"/>
    <w:basedOn w:val="00001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</w:style>
  <w:style w:type="table" w:styleId="00007b">
    <w:name w:val="Medium Grid 1"/>
    <w:basedOn w:val="00001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 w:val="1"/>
        <w:bCs w:val="1"/>
      </w:rPr>
    </w:tblStylePr>
    <w:tblStylePr w:type="band1Horz">
      <w:tblPr/>
      <w:tcPr>
        <w:shd w:val="clear" w:color="auto" w:fill="808080" w:themeFill="text1" w:themeFillTint="7F"/>
      </w:tcPr>
    </w:tblStylePr>
    <w:tblStylePr w:type="firstCol">
      <w:rPr>
        <w:b w:val="1"/>
        <w:bCs w:val="1"/>
      </w:rPr>
    </w:tblStylePr>
    <w:tblStylePr w:type="band1Vert">
      <w:tblPr/>
      <w:tcPr>
        <w:shd w:val="clear" w:color="auto" w:fill="808080" w:themeFill="text1" w:themeFillTint="7F"/>
      </w:tcPr>
    </w:tblStylePr>
    <w:tblStylePr w:type="lastRow">
      <w:rPr>
        <w:b w:val="1"/>
        <w:bCs w:val="1"/>
      </w:rPr>
      <w:tblPr/>
      <w:tcPr>
        <w:tcBorders>
          <w:top w:val="single" w:color="404040" w:themeColor="text1" w:themeTint="BF" w:sz="18" w:space="0"/>
        </w:tcBorders>
      </w:tcPr>
    </w:tblStylePr>
    <w:tblStylePr w:type="lastCol">
      <w:rPr>
        <w:b w:val="1"/>
        <w:bCs w:val="1"/>
      </w:rPr>
    </w:tblStylePr>
  </w:style>
  <w:style w:type="character" w:styleId="000042" w:customStyle="1">
    <w:name w:val="Intense Quote Char"/>
    <w:basedOn w:val="000005"/>
    <w:link w:val="000041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00000d" w:customStyle="1">
    <w:name w:val="Heading 3 Char"/>
    <w:basedOn w:val="000005"/>
    <w:link w:val="00000c"/>
    <w:uiPriority w:val="9"/>
    <w:rsid w:val="00FC693F"/>
    <w:rPr>
      <w:rFonts w:asciiTheme="majorHAnsi" w:hAnsiTheme="majorHAnsi" w:eastAsiaTheme="majorEastAsia" w:cstheme="majorBidi"/>
      <w:b w:val="1"/>
      <w:bCs w:val="1"/>
      <w:color w:val="4F81BD" w:themeColor="accent1"/>
    </w:rPr>
  </w:style>
  <w:style w:type="table" w:styleId="00009f">
    <w:name w:val="Colorful List Accent 1"/>
    <w:basedOn w:val="00001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lastRow">
      <w:rPr>
        <w:b w:val="1"/>
        <w:bCs w:val="1"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Row">
      <w:rPr>
        <w:b w:val="1"/>
        <w:bCs w:val="1"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000045">
    <w:name w:val="Subtle Reference"/>
    <w:basedOn w:val="000005"/>
    <w:uiPriority w:val="31"/>
    <w:qFormat w:val="1"/>
    <w:rsid w:val="00FC693F"/>
    <w:rPr>
      <w:smallCaps w:val="1"/>
      <w:color w:val="C0504D" w:themeColor="accent2"/>
      <w:u w:val="single"/>
    </w:rPr>
  </w:style>
  <w:style w:type="paragraph" w:styleId="000048">
    <w:name w:val="TOC Heading"/>
    <w:basedOn w:val="000008"/>
    <w:next w:val="000002"/>
    <w:uiPriority w:val="39"/>
    <w:semiHidden w:val="1"/>
    <w:unhideWhenUsed w:val="1"/>
    <w:qFormat w:val="1"/>
    <w:rsid w:val="00FC693F"/>
    <w:pPr>
      <w:outlineLvl w:val="9"/>
    </w:pPr>
  </w:style>
  <w:style w:type="table" w:styleId="000078">
    <w:name w:val="Medium List 2 Accent 4"/>
    <w:basedOn w:val="00001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swCell">
      <w:tblPr/>
      <w:tcPr>
        <w:tcBorders>
          <w:top w:val="nil"/>
        </w:tcBorders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000021">
    <w:name w:val="List Paragraph"/>
    <w:basedOn w:val="000002"/>
    <w:uiPriority w:val="34"/>
    <w:qFormat w:val="1"/>
    <w:rsid w:val="00FC693F"/>
    <w:pPr>
      <w:ind w:left="720"/>
      <w:contextualSpacing w:val="1"/>
    </w:pPr>
  </w:style>
  <w:style w:type="character" w:styleId="000046">
    <w:name w:val="Intense Reference"/>
    <w:basedOn w:val="000005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table" w:styleId="00008f">
    <w:name w:val="Medium Grid 3 Accent 6"/>
    <w:basedOn w:val="00001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</w:style>
  <w:style w:type="character" w:styleId="000015" w:customStyle="1">
    <w:name w:val="Heading 7 Char"/>
    <w:basedOn w:val="000005"/>
    <w:link w:val="000014"/>
    <w:uiPriority w:val="9"/>
    <w:semiHidden w:val="1"/>
    <w:rsid w:val="00FC693F"/>
    <w:rPr>
      <w:rFonts w:asciiTheme="majorHAnsi" w:hAnsiTheme="majorHAnsi" w:eastAsiaTheme="majorEastAsia" w:cstheme="majorBidi"/>
      <w:i w:val="1"/>
      <w:iCs w:val="1"/>
      <w:color w:val="404040" w:themeColor="text1" w:themeTint="BF"/>
    </w:rPr>
  </w:style>
  <w:style w:type="paragraph" w:styleId="000012">
    <w:name w:val="heading 6"/>
    <w:basedOn w:val="000002"/>
    <w:next w:val="000002"/>
    <w:link w:val="000013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5"/>
    </w:pPr>
    <w:rPr>
      <w:rFonts w:asciiTheme="majorHAnsi" w:hAnsiTheme="majorHAnsi" w:eastAsiaTheme="majorEastAsia" w:cstheme="majorBidi"/>
      <w:i w:val="1"/>
      <w:iCs w:val="1"/>
      <w:color w:val="243F60" w:themeColor="accent1" w:themeShade="7F"/>
    </w:rPr>
  </w:style>
  <w:style w:type="table" w:styleId="0000a4">
    <w:name w:val="Colorful List Accent 6"/>
    <w:basedOn w:val="00001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lastRow">
      <w:rPr>
        <w:b w:val="1"/>
        <w:bCs w:val="1"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Row">
      <w:rPr>
        <w:b w:val="1"/>
        <w:bCs w:val="1"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band1Horz">
      <w:tblPr/>
      <w:tcPr>
        <w:shd w:val="clear" w:color="auto" w:fill="FDE9D9" w:themeFill="accent6" w:themeFillTint="33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000051">
    <w:name w:val="Light List"/>
    <w:basedOn w:val="00001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  <w:bCs w:val="1"/>
      </w:r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shd w:val="clear" w:color="auto" w:fill="000000" w:themeFill="text1"/>
      </w:tcPr>
    </w:tblStylePr>
    <w:tblStylePr w:type="firstCol">
      <w:rPr>
        <w:b w:val="1"/>
        <w:bCs w:val="1"/>
      </w:rPr>
    </w:tblStylePr>
  </w:style>
  <w:style w:type="character" w:styleId="000007" w:customStyle="1">
    <w:name w:val="Footer Char"/>
    <w:basedOn w:val="000005"/>
    <w:link w:val="000006"/>
    <w:uiPriority w:val="99"/>
    <w:rsid w:val="00E618BF"/>
  </w:style>
  <w:style w:type="table" w:styleId="00006a">
    <w:name w:val="Medium Shading 2 Accent 4"/>
    <w:basedOn w:val="00001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Horz">
      <w:tblPr/>
      <w:tcPr>
        <w:shd w:val="clear" w:color="auto" w:fill="D8D8D8" w:themeFill="background1" w:themeFillShade="D8"/>
      </w:tcPr>
    </w:tblStylePr>
  </w:style>
  <w:style w:type="table" w:styleId="000053">
    <w:name w:val="Light List Accent 2"/>
    <w:basedOn w:val="00001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shd w:val="clear" w:color="auto" w:fill="C0504D" w:themeFill="accent2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styleId="000011" w:customStyle="1">
    <w:name w:val="Heading 5 Char"/>
    <w:basedOn w:val="000005"/>
    <w:link w:val="000010"/>
    <w:uiPriority w:val="9"/>
    <w:semiHidden w:val="1"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table" w:styleId="00008b">
    <w:name w:val="Medium Grid 3 Accent 2"/>
    <w:basedOn w:val="00001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</w:style>
  <w:style w:type="table" w:styleId="000049">
    <w:name w:val="Table Grid"/>
    <w:basedOn w:val="00001a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0000a0">
    <w:name w:val="Colorful List Accent 2"/>
    <w:basedOn w:val="00001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Col">
      <w:rPr>
        <w:b w:val="1"/>
        <w:bCs w:val="1"/>
      </w:rPr>
    </w:tblStylePr>
    <w:tblStylePr w:type="band1Horz">
      <w:tblPr/>
      <w:tcPr>
        <w:shd w:val="clear" w:color="auto" w:fill="F2DBDB" w:themeFill="accent2" w:themeFillTint="33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lastRow">
      <w:rPr>
        <w:b w:val="1"/>
        <w:bCs w:val="1"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Row">
      <w:rPr>
        <w:b w:val="1"/>
        <w:bCs w:val="1"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</w:style>
  <w:style w:type="paragraph" w:styleId="000006">
    <w:name w:val="footer"/>
    <w:basedOn w:val="000002"/>
    <w:link w:val="000007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00003b" w:customStyle="1">
    <w:name w:val="Macro Text Char"/>
    <w:basedOn w:val="000005"/>
    <w:link w:val="00003a"/>
    <w:uiPriority w:val="99"/>
    <w:rsid w:val="0029639D"/>
    <w:rPr>
      <w:rFonts w:ascii="Courier" w:hAnsi="Courier"/>
      <w:sz w:val="20"/>
      <w:szCs w:val="20"/>
    </w:rPr>
  </w:style>
  <w:style w:type="table" w:styleId="000065">
    <w:name w:val="Medium Shading 1 Accent 6"/>
    <w:basedOn w:val="00001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lastCol">
      <w:rPr>
        <w:b w:val="1"/>
        <w:bCs w:val="1"/>
      </w:r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000032">
    <w:name w:val="List Number"/>
    <w:basedOn w:val="000002"/>
    <w:uiPriority w:val="99"/>
    <w:unhideWhenUsed w:val="1"/>
    <w:rsid w:val="00326F90"/>
    <w:pPr>
      <w:numPr>
        <w:numId w:val="2"/>
      </w:numPr>
      <w:contextualSpacing w:val="1"/>
    </w:pPr>
  </w:style>
  <w:style w:type="table" w:styleId="000056">
    <w:name w:val="Light List Accent 5"/>
    <w:basedOn w:val="00001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  <w:bCs w:val="1"/>
      </w:rPr>
    </w:tblStylePr>
    <w:tblStylePr w:type="firstCol">
      <w:rPr>
        <w:b w:val="1"/>
        <w:bCs w:val="1"/>
      </w:r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shd w:val="clear" w:color="auto" w:fill="4BACC6" w:themeFill="accent5"/>
      </w:tcPr>
    </w:tblStylePr>
  </w:style>
  <w:style w:type="table" w:styleId="000087">
    <w:name w:val="Medium Grid 2 Accent 5"/>
    <w:basedOn w:val="00001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Row">
      <w:rPr>
        <w:b w:val="1"/>
        <w:bCs w:val="1"/>
        <w:color w:val="000000" w:themeColor="text1"/>
      </w:rPr>
      <w:tblPr/>
      <w:tcPr>
        <w:shd w:val="clear" w:color="auto" w:fill="EDF6F9" w:themeFill="accent5" w:themeFillTint="19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</w:style>
  <w:style w:type="paragraph" w:styleId="00001d">
    <w:name w:val="Title"/>
    <w:basedOn w:val="000002"/>
    <w:next w:val="000002"/>
    <w:link w:val="00001e"/>
    <w:uiPriority w:val="10"/>
    <w:qFormat w:val="1"/>
    <w:rsid w:val="00FC693F"/>
    <w:pPr>
      <w:pBdr>
        <w:bottom w:val="single" w:color="4F81BD" w:themeColor="accent1" w:sz="8" w:space="4"/>
      </w:pBdr>
      <w:spacing w:after="300" w:line="240" w:lineRule="auto"/>
      <w:contextualSpacing w:val="1"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00006d">
    <w:name w:val="Medium List 1"/>
    <w:basedOn w:val="00001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auto" w:fill="C0C0C0" w:themeFill="text1" w:themeFillTint="3F"/>
      </w:tcPr>
    </w:tblStylePr>
    <w:tblStylePr w:type="lastCol">
      <w:rPr>
        <w:b w:val="1"/>
        <w:bCs w:val="1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  <w:bCs w:val="1"/>
      </w:rPr>
    </w:tblStylePr>
    <w:tblStylePr w:type="band1Horz">
      <w:tblPr/>
      <w:tcPr>
        <w:shd w:val="clear" w:color="auto" w:fill="C0C0C0" w:themeFill="text1" w:themeFillTint="3F"/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</w:style>
  <w:style w:type="paragraph" w:styleId="00003c">
    <w:name w:val="Quote"/>
    <w:basedOn w:val="000002"/>
    <w:next w:val="000002"/>
    <w:link w:val="00003d"/>
    <w:uiPriority w:val="29"/>
    <w:qFormat w:val="1"/>
    <w:rsid w:val="00FC693F"/>
    <w:rPr>
      <w:i w:val="1"/>
      <w:iCs w:val="1"/>
      <w:color w:val="000000" w:themeColor="text1"/>
    </w:rPr>
  </w:style>
  <w:style w:type="table" w:styleId="000094">
    <w:name w:val="Dark List Accent 4"/>
    <w:basedOn w:val="00001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00005f">
    <w:name w:val="Medium Shading 1"/>
    <w:basedOn w:val="00001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2Horz">
      <w:tblPr/>
      <w:tcPr>
        <w:tcBorders>
          <w:insideH w:val="nil"/>
          <w:insideV w:val="nil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lastCol">
      <w:rPr>
        <w:b w:val="1"/>
        <w:bCs w:val="1"/>
      </w:r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</w:style>
  <w:style w:type="table" w:styleId="000058">
    <w:name w:val="Light Grid"/>
    <w:basedOn w:val="00001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paragraph" w:styleId="000036">
    <w:name w:val="List Number 3"/>
    <w:basedOn w:val="000002"/>
    <w:uiPriority w:val="99"/>
    <w:unhideWhenUsed w:val="1"/>
    <w:rsid w:val="0029639D"/>
    <w:pPr>
      <w:numPr>
        <w:numId w:val="3"/>
      </w:numPr>
      <w:contextualSpacing w:val="1"/>
    </w:pPr>
  </w:style>
  <w:style w:type="table" w:styleId="00009d">
    <w:name w:val="Colorful Shading Accent 6"/>
    <w:basedOn w:val="00001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nwCell">
      <w:rPr>
        <w:color w:val="000000" w:themeColor="text1"/>
      </w:r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</w:style>
  <w:style w:type="character" w:styleId="00001e" w:customStyle="1">
    <w:name w:val="Title Char"/>
    <w:basedOn w:val="000005"/>
    <w:link w:val="00001d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000075">
    <w:name w:val="Medium List 2 Accent 1"/>
    <w:basedOn w:val="00001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swCell">
      <w:tblPr/>
      <w:tcPr>
        <w:tcBorders>
          <w:top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</w:style>
  <w:style w:type="table" w:styleId="0000a1">
    <w:name w:val="Colorful List Accent 3"/>
    <w:basedOn w:val="00001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lastCol">
      <w:rPr>
        <w:b w:val="1"/>
        <w:bCs w:val="1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  <w:tblStylePr w:type="lastRow">
      <w:rPr>
        <w:b w:val="1"/>
        <w:bCs w:val="1"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Row">
      <w:rPr>
        <w:b w:val="1"/>
        <w:bCs w:val="1"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firstCol">
      <w:rPr>
        <w:b w:val="1"/>
        <w:bCs w:val="1"/>
      </w:rPr>
    </w:tblStylePr>
  </w:style>
  <w:style w:type="table" w:styleId="000095">
    <w:name w:val="Dark List Accent 5"/>
    <w:basedOn w:val="00001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000057">
    <w:name w:val="Light List Accent 6"/>
    <w:basedOn w:val="00001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shd w:val="clear" w:color="auto" w:fill="F79646" w:themeFill="accent6"/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000061">
    <w:name w:val="Medium Shading 1 Accent 2"/>
    <w:basedOn w:val="00001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la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bCs w:val="1"/>
      </w:rPr>
    </w:tblStylePr>
    <w:tblStylePr w:type="band1Vert">
      <w:tblPr/>
      <w:tcPr>
        <w:shd w:val="clear" w:color="auto" w:fill="EFD3D2" w:themeFill="accent2" w:themeFillTint="3F"/>
      </w:tcPr>
    </w:tblStylePr>
  </w:style>
  <w:style w:type="table" w:styleId="00007c">
    <w:name w:val="Medium Grid 1 Accent 1"/>
    <w:basedOn w:val="00001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7BA0CD" w:themeColor="accent1" w:themeTint="BF" w:sz="18" w:space="0"/>
        </w:tcBorders>
      </w:tc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00008e">
    <w:name w:val="Medium Grid 3 Accent 5"/>
    <w:basedOn w:val="00001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</w:style>
  <w:style w:type="paragraph" w:styleId="000002" w:default="1">
    <w:name w:val="Normal"/>
    <w:qFormat w:val="1"/>
    <w:rsid w:val="00FC693F"/>
    <w:rPr>
      <w:rFonts w:ascii="微软雅黑" w:hAnsi="微软雅黑" w:eastAsia="微软雅黑"/>
      <w:sz w:val="22"/>
    </w:rPr>
  </w:style>
  <w:style w:type="table" w:styleId="000052">
    <w:name w:val="Light List Accent 1"/>
    <w:basedOn w:val="00001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shd w:val="clear" w:color="auto" w:fill="4F81BD" w:themeFill="accent1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character" w:styleId="000040">
    <w:name w:val="Emphasis"/>
    <w:basedOn w:val="000005"/>
    <w:uiPriority w:val="20"/>
    <w:qFormat w:val="1"/>
    <w:rsid w:val="00FC693F"/>
    <w:rPr>
      <w:i w:val="1"/>
      <w:iCs w:val="1"/>
    </w:rPr>
  </w:style>
  <w:style w:type="table" w:styleId="00001a" w:default="1">
    <w:name w:val="Normal Table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3d" w:customStyle="1">
    <w:name w:val="Quote Char"/>
    <w:basedOn w:val="000005"/>
    <w:link w:val="00003c"/>
    <w:uiPriority w:val="29"/>
    <w:rsid w:val="00FC693F"/>
    <w:rPr>
      <w:i w:val="1"/>
      <w:iCs w:val="1"/>
      <w:color w:val="000000" w:themeColor="text1"/>
    </w:rPr>
  </w:style>
  <w:style w:type="table" w:styleId="000086">
    <w:name w:val="Medium Grid 2 Accent 4"/>
    <w:basedOn w:val="00001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Col">
      <w:rPr>
        <w:b w:val="1"/>
        <w:bCs w:val="1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Row">
      <w:rPr>
        <w:b w:val="1"/>
        <w:bCs w:val="1"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</w:style>
  <w:style w:type="table" w:styleId="000060">
    <w:name w:val="Medium Shading 1 Accent 1"/>
    <w:basedOn w:val="00001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bCs w:val="1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lastCol">
      <w:rPr>
        <w:b w:val="1"/>
        <w:bCs w:val="1"/>
      </w:rPr>
    </w:tblStylePr>
  </w:style>
  <w:style w:type="table" w:styleId="000081">
    <w:name w:val="Medium Grid 1 Accent 6"/>
    <w:basedOn w:val="00001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lastRow">
      <w:rPr>
        <w:b w:val="1"/>
        <w:bCs w:val="1"/>
      </w:rPr>
      <w:tblPr/>
      <w:tcPr>
        <w:tcBorders>
          <w:top w:val="single" w:color="F9B074" w:themeColor="accent6" w:themeTint="BF" w:sz="18" w:space="0"/>
        </w:tcBorders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</w:style>
  <w:style w:type="numbering" w:styleId="00001b" w:default="1">
    <w:name w:val="No List"/>
    <w:uiPriority w:val="99"/>
    <w:semiHidden w:val="1"/>
    <w:unhideWhenUsed w:val="1"/>
  </w:style>
  <w:style w:type="table" w:styleId="00004c">
    <w:name w:val="Light Shading Accent 2"/>
    <w:basedOn w:val="00001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b w:val="1"/>
        <w:bCs w:val="1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Col">
      <w:rPr>
        <w:b w:val="1"/>
        <w:bCs w:val="1"/>
      </w:rPr>
    </w:tblStylePr>
  </w:style>
  <w:style w:type="character" w:styleId="000005" w:default="1">
    <w:name w:val="Default Paragraph Font"/>
    <w:uiPriority w:val="1"/>
    <w:semiHidden w:val="1"/>
    <w:unhideWhenUsed w:val="1"/>
  </w:style>
  <w:style w:type="character" w:styleId="000044">
    <w:name w:val="Intense Emphasis"/>
    <w:basedOn w:val="000005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table" w:styleId="000092">
    <w:name w:val="Dark List Accent 2"/>
    <w:basedOn w:val="00001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</w:style>
  <w:style w:type="character" w:styleId="000017" w:customStyle="1">
    <w:name w:val="Heading 8 Char"/>
    <w:basedOn w:val="000005"/>
    <w:link w:val="000016"/>
    <w:uiPriority w:val="9"/>
    <w:semiHidden w:val="1"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table" w:styleId="00004b">
    <w:name w:val="Light Shading Accent 1"/>
    <w:basedOn w:val="00001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</w:style>
  <w:style w:type="table" w:styleId="000089">
    <w:name w:val="Medium Grid 3"/>
    <w:basedOn w:val="00001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</w:style>
  <w:style w:type="character" w:styleId="000025" w:customStyle="1">
    <w:name w:val="Body Text 2 Char"/>
    <w:basedOn w:val="000005"/>
    <w:link w:val="000024"/>
    <w:uiPriority w:val="99"/>
    <w:rsid w:val="00AA1D8D"/>
  </w:style>
  <w:style w:type="table" w:styleId="000082">
    <w:name w:val="Medium Grid 2"/>
    <w:basedOn w:val="00001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Col">
      <w:rPr>
        <w:b w:val="1"/>
        <w:bCs w:val="1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Row">
      <w:rPr>
        <w:b w:val="1"/>
        <w:bCs w:val="1"/>
        <w:color w:val="000000" w:themeColor="text1"/>
      </w:rPr>
      <w:tblPr/>
      <w:tcPr>
        <w:shd w:val="clear" w:color="auto" w:fill="E6E6E6" w:themeFill="text1" w:themeFillTint="19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00002e">
    <w:name w:val="List Bullet 2"/>
    <w:basedOn w:val="000002"/>
    <w:uiPriority w:val="99"/>
    <w:unhideWhenUsed w:val="1"/>
    <w:rsid w:val="00326F90"/>
    <w:pPr>
      <w:numPr>
        <w:numId w:val="4"/>
      </w:numPr>
      <w:contextualSpacing w:val="1"/>
    </w:pPr>
  </w:style>
  <w:style w:type="table" w:styleId="000067">
    <w:name w:val="Medium Shading 2 Accent 1"/>
    <w:basedOn w:val="00001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</w:style>
  <w:style w:type="table" w:styleId="000070">
    <w:name w:val="Medium List 1 Accent 3"/>
    <w:basedOn w:val="00001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b w:val="1"/>
        <w:bCs w:val="1"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  <w:bCs w:val="1"/>
      </w:rPr>
    </w:tblStylePr>
    <w:tblStylePr w:type="band1Horz">
      <w:tblPr/>
      <w:tcPr>
        <w:shd w:val="clear" w:color="auto" w:fill="E6EED5" w:themeFill="accent3" w:themeFillTint="3F"/>
      </w:tc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</w:style>
  <w:style w:type="table" w:styleId="000091">
    <w:name w:val="Dark List Accent 1"/>
    <w:basedOn w:val="00001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000074">
    <w:name w:val="Medium List 2"/>
    <w:basedOn w:val="00001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swCell">
      <w:tblPr/>
      <w:tcPr>
        <w:tcBorders>
          <w:top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</w:style>
  <w:style w:type="character" w:styleId="000019" w:customStyle="1">
    <w:name w:val="Heading 9 Char"/>
    <w:basedOn w:val="000005"/>
    <w:link w:val="000018"/>
    <w:uiPriority w:val="9"/>
    <w:semiHidden w:val="1"/>
    <w:rsid w:val="00FC693F"/>
    <w:rPr>
      <w:rFonts w:asciiTheme="majorHAnsi" w:hAnsiTheme="majorHAnsi" w:eastAsiaTheme="majorEastAsia" w:cstheme="majorBidi"/>
      <w:i w:val="1"/>
      <w:iCs w:val="1"/>
      <w:color w:val="404040" w:themeColor="text1" w:themeTint="BF"/>
      <w:sz w:val="20"/>
      <w:szCs w:val="20"/>
    </w:rPr>
  </w:style>
  <w:style w:type="character" w:styleId="000013" w:customStyle="1">
    <w:name w:val="Heading 6 Char"/>
    <w:basedOn w:val="000005"/>
    <w:link w:val="000012"/>
    <w:uiPriority w:val="9"/>
    <w:semiHidden w:val="1"/>
    <w:rsid w:val="00FC693F"/>
    <w:rPr>
      <w:rFonts w:asciiTheme="majorHAnsi" w:hAnsiTheme="majorHAnsi" w:eastAsiaTheme="majorEastAsia" w:cstheme="majorBidi"/>
      <w:i w:val="1"/>
      <w:iCs w:val="1"/>
      <w:color w:val="243F60" w:themeColor="accent1" w:themeShade="7F"/>
    </w:rPr>
  </w:style>
  <w:style w:type="table" w:styleId="000079">
    <w:name w:val="Medium List 2 Accent 5"/>
    <w:basedOn w:val="00001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000024">
    <w:name w:val="Body Text 2"/>
    <w:basedOn w:val="000002"/>
    <w:link w:val="000025"/>
    <w:uiPriority w:val="99"/>
    <w:unhideWhenUsed w:val="1"/>
    <w:rsid w:val="00AA1D8D"/>
    <w:pPr>
      <w:spacing w:after="120" w:line="480" w:lineRule="auto"/>
    </w:pPr>
  </w:style>
  <w:style w:type="paragraph" w:styleId="00002a">
    <w:name w:val="List 3"/>
    <w:basedOn w:val="000002"/>
    <w:uiPriority w:val="99"/>
    <w:unhideWhenUsed w:val="1"/>
    <w:rsid w:val="00326F90"/>
    <w:pPr>
      <w:ind w:left="1080" w:hanging="360"/>
      <w:contextualSpacing w:val="1"/>
    </w:pPr>
  </w:style>
  <w:style w:type="paragraph" w:styleId="000041">
    <w:name w:val="Intense Quote"/>
    <w:basedOn w:val="000002"/>
    <w:next w:val="000002"/>
    <w:link w:val="000042"/>
    <w:uiPriority w:val="30"/>
    <w:qFormat w:val="1"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 w:val="1"/>
      <w:bCs w:val="1"/>
      <w:i w:val="1"/>
      <w:iCs w:val="1"/>
      <w:color w:val="4F81BD" w:themeColor="accent1"/>
    </w:rPr>
  </w:style>
  <w:style w:type="table" w:styleId="000073">
    <w:name w:val="Medium List 1 Accent 6"/>
    <w:basedOn w:val="00001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Horz">
      <w:tblPr/>
      <w:tcPr>
        <w:shd w:val="clear" w:color="auto" w:fill="FDE4D0" w:themeFill="accent6" w:themeFillTint="3F"/>
      </w:tcPr>
    </w:tblStylePr>
    <w:tblStylePr w:type="lastCol">
      <w:rPr>
        <w:b w:val="1"/>
        <w:bCs w:val="1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  <w:bCs w:val="1"/>
      </w:rPr>
    </w:tblStylePr>
  </w:style>
  <w:style w:type="table" w:styleId="00006b">
    <w:name w:val="Medium Shading 2 Accent 5"/>
    <w:basedOn w:val="00001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</w:style>
  <w:style w:type="table" w:styleId="000072">
    <w:name w:val="Medium List 1 Accent 5"/>
    <w:basedOn w:val="00001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auto" w:fill="D2EAF1" w:themeFill="accent5" w:themeFillTint="3F"/>
      </w:tc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  <w:bCs w:val="1"/>
      </w:rPr>
    </w:tblStylePr>
    <w:tblStylePr w:type="band1Horz">
      <w:tblPr/>
      <w:tcPr>
        <w:shd w:val="clear" w:color="auto" w:fill="D2EAF1" w:themeFill="accent5" w:themeFillTint="3F"/>
      </w:tcPr>
    </w:tblStylePr>
    <w:tblStylePr w:type="lastCol">
      <w:rPr>
        <w:b w:val="1"/>
        <w:bCs w:val="1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</w:style>
  <w:style w:type="paragraph" w:styleId="000039">
    <w:name w:val="List Continue 3"/>
    <w:basedOn w:val="000002"/>
    <w:uiPriority w:val="99"/>
    <w:unhideWhenUsed w:val="1"/>
    <w:rsid w:val="0029639D"/>
    <w:pPr>
      <w:spacing w:after="120"/>
      <w:ind w:left="1080"/>
      <w:contextualSpacing w:val="1"/>
    </w:pPr>
  </w:style>
  <w:style w:type="table" w:styleId="000064">
    <w:name w:val="Medium Shading 1 Accent 5"/>
    <w:basedOn w:val="00001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auto" w:fill="D2EAF1" w:themeFill="accent5" w:themeFillTint="3F"/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 w:val="1"/>
        <w:bCs w:val="1"/>
      </w:r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</w:style>
  <w:style w:type="table" w:styleId="00004e">
    <w:name w:val="Light Shading Accent 4"/>
    <w:basedOn w:val="00001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lastCol">
      <w:rPr>
        <w:b w:val="1"/>
        <w:bCs w:val="1"/>
      </w:rPr>
    </w:tblStylePr>
  </w:style>
  <w:style w:type="paragraph" w:styleId="000034">
    <w:name w:val="List Number 2"/>
    <w:basedOn w:val="000002"/>
    <w:uiPriority w:val="99"/>
    <w:unhideWhenUsed w:val="1"/>
    <w:rsid w:val="0029639D"/>
    <w:pPr>
      <w:numPr>
        <w:numId w:val="5"/>
      </w:numPr>
      <w:contextualSpacing w:val="1"/>
    </w:pPr>
  </w:style>
  <w:style w:type="table" w:styleId="00006f">
    <w:name w:val="Medium List 1 Accent 2"/>
    <w:basedOn w:val="00001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band1Horz">
      <w:tblPr/>
      <w:tcPr>
        <w:shd w:val="clear" w:color="auto" w:fill="EFD3D2" w:themeFill="accent2" w:themeFillTint="3F"/>
      </w:tcPr>
    </w:tblStylePr>
    <w:tblStylePr w:type="lastCol">
      <w:rPr>
        <w:b w:val="1"/>
        <w:bCs w:val="1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00008a">
    <w:name w:val="Medium Grid 3 Accent 1"/>
    <w:basedOn w:val="00001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00007e">
    <w:name w:val="Medium Grid 1 Accent 3"/>
    <w:basedOn w:val="00001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B3CC82" w:themeColor="accent3" w:themeTint="BF" w:sz="18" w:space="0"/>
        </w:tcBorders>
      </w:tcPr>
    </w:tblStylePr>
    <w:tblStylePr w:type="lastCol">
      <w:rPr>
        <w:b w:val="1"/>
        <w:bCs w:val="1"/>
      </w:r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b w:val="1"/>
        <w:bCs w:val="1"/>
      </w:r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000016">
    <w:name w:val="heading 8"/>
    <w:basedOn w:val="000002"/>
    <w:next w:val="000002"/>
    <w:link w:val="000017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000037">
    <w:name w:val="List Continue"/>
    <w:basedOn w:val="000002"/>
    <w:uiPriority w:val="99"/>
    <w:unhideWhenUsed w:val="1"/>
    <w:rsid w:val="0029639D"/>
    <w:pPr>
      <w:spacing w:after="120"/>
      <w:ind w:left="360"/>
      <w:contextualSpacing w:val="1"/>
    </w:pPr>
  </w:style>
  <w:style w:type="table" w:styleId="0000a8">
    <w:name w:val="Colorful Grid Accent 3"/>
    <w:basedOn w:val="00001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Row">
      <w:rPr>
        <w:b w:val="1"/>
        <w:bCs w:val="1"/>
        <w:color w:val="000000" w:themeColor="text1"/>
      </w:rPr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Row">
      <w:rPr>
        <w:b w:val="1"/>
        <w:bCs w:val="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</w:style>
  <w:style w:type="table" w:styleId="000050">
    <w:name w:val="Light Shading Accent 6"/>
    <w:basedOn w:val="00001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Col">
      <w:rPr>
        <w:b w:val="1"/>
        <w:bCs w:val="1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</w:style>
  <w:style w:type="table" w:styleId="00009e">
    <w:name w:val="Colorful List"/>
    <w:basedOn w:val="00001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band1Horz">
      <w:tblPr/>
      <w:tcPr>
        <w:shd w:val="clear" w:color="auto" w:fill="CCCCCC" w:themeFill="text1" w:themeFillTint="33"/>
      </w:tcPr>
    </w:tblStylePr>
    <w:tblStylePr w:type="firstCol">
      <w:rPr>
        <w:b w:val="1"/>
        <w:bCs w:val="1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lastRow">
      <w:rPr>
        <w:b w:val="1"/>
        <w:bCs w:val="1"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Row">
      <w:rPr>
        <w:b w:val="1"/>
        <w:bCs w:val="1"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</w:style>
  <w:style w:type="table" w:styleId="00009b">
    <w:name w:val="Colorful Shading Accent 4"/>
    <w:basedOn w:val="00001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nwCell">
      <w:rPr>
        <w:color w:val="000000" w:themeColor="text1"/>
      </w:r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band1Vert">
      <w:tblPr/>
      <w:tcPr>
        <w:shd w:val="clear" w:color="auto" w:fill="CCC0D9" w:themeFill="accent4" w:themeFillTint="66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</w:style>
  <w:style w:type="table" w:styleId="00004f">
    <w:name w:val="Light Shading Accent 5"/>
    <w:basedOn w:val="00001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Col">
      <w:rPr>
        <w:b w:val="1"/>
        <w:bCs w:val="1"/>
      </w:r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</w:style>
  <w:style w:type="character" w:styleId="000023" w:customStyle="1">
    <w:name w:val="Body Text Char"/>
    <w:basedOn w:val="000005"/>
    <w:link w:val="000022"/>
    <w:uiPriority w:val="99"/>
    <w:rsid w:val="00AA1D8D"/>
  </w:style>
  <w:style w:type="paragraph" w:styleId="000010">
    <w:name w:val="heading 5"/>
    <w:basedOn w:val="000002"/>
    <w:next w:val="000002"/>
    <w:link w:val="000011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00000b" w:customStyle="1">
    <w:name w:val="Heading 2 Char"/>
    <w:basedOn w:val="000005"/>
    <w:link w:val="00000a"/>
    <w:uiPriority w:val="9"/>
    <w:rsid w:val="00FC693F"/>
    <w:rPr>
      <w:rFonts w:asciiTheme="majorHAnsi" w:hAnsiTheme="majorHAnsi" w:eastAsiaTheme="majorEastAsia" w:cstheme="majorBidi"/>
      <w:b w:val="1"/>
      <w:bCs w:val="1"/>
      <w:color w:val="4F81BD" w:themeColor="accent1"/>
      <w:sz w:val="26"/>
      <w:szCs w:val="26"/>
    </w:rPr>
  </w:style>
  <w:style w:type="table" w:styleId="00008c">
    <w:name w:val="Medium Grid 3 Accent 3"/>
    <w:basedOn w:val="00001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</w:style>
  <w:style w:type="table" w:styleId="000069">
    <w:name w:val="Medium Shading 2 Accent 3"/>
    <w:basedOn w:val="00001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Col">
      <w:rPr>
        <w:b w:val="1"/>
        <w:bCs w:val="1"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</w:style>
  <w:style w:type="character" w:styleId="000020" w:customStyle="1">
    <w:name w:val="Subtitle Char"/>
    <w:basedOn w:val="000005"/>
    <w:link w:val="00001f"/>
    <w:uiPriority w:val="11"/>
    <w:rsid w:val="00FC693F"/>
    <w:rPr>
      <w:rFonts w:asciiTheme="majorHAnsi" w:hAnsiTheme="majorHAnsi" w:eastAsiaTheme="majorEastAsia" w:cstheme="majorBidi"/>
      <w:i w:val="1"/>
      <w:iCs w:val="1"/>
      <w:color w:val="4F81BD" w:themeColor="accent1"/>
      <w:spacing w:val="15"/>
      <w:sz w:val="24"/>
      <w:szCs w:val="24"/>
    </w:rPr>
  </w:style>
  <w:style w:type="table" w:styleId="00007a">
    <w:name w:val="Medium List 2 Accent 6"/>
    <w:basedOn w:val="00001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swCell">
      <w:tblPr/>
      <w:tcPr>
        <w:tcBorders>
          <w:top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000054">
    <w:name w:val="Light List Accent 3"/>
    <w:basedOn w:val="00001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Col">
      <w:rPr>
        <w:b w:val="1"/>
        <w:bCs w:val="1"/>
      </w:r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shd w:val="clear" w:color="auto" w:fill="9BBB59" w:themeFill="accent3"/>
      </w:tcPr>
    </w:tblStylePr>
    <w:tblStylePr w:type="firstCol">
      <w:rPr>
        <w:b w:val="1"/>
        <w:bCs w:val="1"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00009a">
    <w:name w:val="Colorful Shading Accent 3"/>
    <w:basedOn w:val="00001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lastRow">
      <w:rPr>
        <w:b w:val="1"/>
        <w:bCs w:val="1"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band1Horz">
      <w:tblPr/>
      <w:tcPr>
        <w:shd w:val="clear" w:color="auto" w:fill="CDDDAC" w:themeFill="accent3" w:themeFillTint="7F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</w:style>
  <w:style w:type="table" w:styleId="00006c">
    <w:name w:val="Medium Shading 2 Accent 6"/>
    <w:basedOn w:val="00001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</w:style>
  <w:style w:type="paragraph" w:styleId="00003a">
    <w:name w:val="macro"/>
    <w:link w:val="00003b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paragraph" w:styleId="000038">
    <w:name w:val="List Continue 2"/>
    <w:basedOn w:val="000002"/>
    <w:uiPriority w:val="99"/>
    <w:unhideWhenUsed w:val="1"/>
    <w:rsid w:val="0029639D"/>
    <w:pPr>
      <w:spacing w:after="120"/>
      <w:ind w:left="720"/>
      <w:contextualSpacing w:val="1"/>
    </w:pPr>
  </w:style>
  <w:style w:type="table" w:styleId="00008d">
    <w:name w:val="Medium Grid 3 Accent 4"/>
    <w:basedOn w:val="00001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</w:style>
  <w:style w:type="table" w:styleId="0000a5">
    <w:name w:val="Colorful Grid"/>
    <w:basedOn w:val="00001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 w:val="1"/>
        <w:bCs w:val="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Horz">
      <w:tblPr/>
      <w:tcPr>
        <w:shd w:val="clear" w:color="auto" w:fill="808080" w:themeFill="text1" w:themeFillTint="7F"/>
      </w:tcPr>
    </w:tblStylePr>
    <w:tblStylePr w:type="lastRow">
      <w:rPr>
        <w:b w:val="1"/>
        <w:bCs w:val="1"/>
        <w:color w:val="000000" w:themeColor="text1"/>
      </w:rPr>
      <w:tblPr/>
      <w:tcPr>
        <w:shd w:val="clear" w:color="auto" w:fill="999999" w:themeFill="text1" w:themeFillTint="66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</w:style>
  <w:style w:type="table" w:styleId="000062">
    <w:name w:val="Medium Shading 1 Accent 3"/>
    <w:basedOn w:val="00001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lastCol">
      <w:rPr>
        <w:b w:val="1"/>
        <w:bCs w:val="1"/>
      </w:rPr>
    </w:tblStylePr>
    <w:tblStylePr w:type="band2Horz">
      <w:tblPr/>
      <w:tcPr>
        <w:tcBorders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 w:val="1"/>
        <w:bCs w:val="1"/>
      </w:r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000068">
    <w:name w:val="Medium Shading 2 Accent 2"/>
    <w:basedOn w:val="00001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b w:val="1"/>
        <w:bCs w:val="1"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paragraph" w:styleId="00000e">
    <w:name w:val="heading 4"/>
    <w:basedOn w:val="000002"/>
    <w:next w:val="000002"/>
    <w:link w:val="00000f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3"/>
    </w:pPr>
    <w:rPr>
      <w:rFonts w:asciiTheme="majorHAnsi" w:hAnsiTheme="majorHAnsi" w:eastAsiaTheme="majorEastAsia" w:cstheme="majorBidi"/>
      <w:b w:val="1"/>
      <w:bCs w:val="1"/>
      <w:i w:val="1"/>
      <w:iCs w:val="1"/>
      <w:color w:val="4F81BD" w:themeColor="accent1"/>
    </w:rPr>
  </w:style>
  <w:style w:type="table" w:styleId="00006e">
    <w:name w:val="Medium List 1 Accent 1"/>
    <w:basedOn w:val="00001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auto" w:fill="D3DFEE" w:themeFill="accent1" w:themeFillTint="3F"/>
      </w:tc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  <w:bCs w:val="1"/>
      </w:rPr>
    </w:tblStylePr>
    <w:tblStylePr w:type="band1Horz">
      <w:tblPr/>
      <w:tcPr>
        <w:shd w:val="clear" w:color="auto" w:fill="D3DFEE" w:themeFill="accent1" w:themeFillTint="3F"/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</w:style>
  <w:style w:type="paragraph" w:styleId="00003e">
    <w:name w:val="caption"/>
    <w:basedOn w:val="000002"/>
    <w:next w:val="000002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paragraph" w:styleId="000008">
    <w:name w:val="heading 1"/>
    <w:basedOn w:val="000002"/>
    <w:next w:val="000002"/>
    <w:link w:val="000009"/>
    <w:uiPriority w:val="9"/>
    <w:qFormat w:val="1"/>
    <w:rsid w:val="00FC693F"/>
    <w:pPr>
      <w:keepNext w:val="1"/>
      <w:keepLines w:val="1"/>
      <w:spacing w:before="480" w:after="0"/>
      <w:outlineLvl w:val="0"/>
    </w:pPr>
    <w:rPr>
      <w:rFonts w:asciiTheme="majorHAnsi" w:hAnsiTheme="majorHAnsi" w:eastAsiaTheme="majorEastAsia" w:cstheme="majorBidi"/>
      <w:b w:val="1"/>
      <w:bCs w:val="1"/>
      <w:color w:val="365F91" w:themeColor="accent1" w:themeShade="BF"/>
      <w:sz w:val="28"/>
      <w:szCs w:val="28"/>
    </w:rPr>
  </w:style>
  <w:style w:type="table" w:styleId="000097">
    <w:name w:val="Colorful Shading"/>
    <w:basedOn w:val="00001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rPr>
        <w:color w:val="000000" w:themeColor="text1"/>
      </w:r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band1Vert">
      <w:tblPr/>
      <w:tcPr>
        <w:shd w:val="clear" w:color="auto" w:fill="999999" w:themeFill="text1" w:themeFillTint="66"/>
      </w:tcPr>
    </w:tblStylePr>
  </w:style>
  <w:style w:type="table" w:styleId="0000aa">
    <w:name w:val="Colorful Grid Accent 5"/>
    <w:basedOn w:val="00001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band1Horz">
      <w:tblPr/>
      <w:tcPr>
        <w:shd w:val="clear" w:color="auto" w:fill="A5D5E2" w:themeFill="accent5" w:themeFillTint="7F"/>
      </w:tcPr>
    </w:tblStylePr>
    <w:tblStylePr w:type="lastRow">
      <w:rPr>
        <w:b w:val="1"/>
        <w:bCs w:val="1"/>
        <w:color w:val="000000" w:themeColor="text1"/>
      </w:rPr>
      <w:tblPr/>
      <w:tcPr>
        <w:shd w:val="clear" w:color="auto" w:fill="B6DDE8" w:themeFill="accent5" w:themeFillTint="66"/>
      </w:tcPr>
    </w:tblStylePr>
    <w:tblStylePr w:type="firstRow">
      <w:rPr>
        <w:b w:val="1"/>
        <w:bCs w:val="1"/>
      </w:rPr>
      <w:tblPr/>
      <w:tcPr>
        <w:shd w:val="clear" w:color="auto" w:fill="B6DDE8" w:themeFill="accent5" w:themeFillTint="66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</w:style>
  <w:style w:type="table" w:styleId="0000a7">
    <w:name w:val="Colorful Grid Accent 2"/>
    <w:basedOn w:val="00001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band1Horz">
      <w:tblPr/>
      <w:tcPr>
        <w:shd w:val="clear" w:color="auto" w:fill="DFA7A6" w:themeFill="accent2" w:themeFillTint="7F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Row">
      <w:rPr>
        <w:b w:val="1"/>
        <w:bCs w:val="1"/>
        <w:color w:val="000000" w:themeColor="text1"/>
      </w:rPr>
      <w:tblPr/>
      <w:tcPr>
        <w:shd w:val="clear" w:color="auto" w:fill="E5B8B7" w:themeFill="accent2" w:themeFillTint="66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Row">
      <w:rPr>
        <w:b w:val="1"/>
        <w:bCs w:val="1"/>
      </w:rPr>
      <w:tblPr/>
      <w:tcPr>
        <w:shd w:val="clear" w:color="auto" w:fill="E5B8B7" w:themeFill="accent2" w:themeFillTint="66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</w:style>
  <w:style w:type="table" w:styleId="00007d">
    <w:name w:val="Medium Grid 1 Accent 2"/>
    <w:basedOn w:val="00001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lastCol">
      <w:rPr>
        <w:b w:val="1"/>
        <w:bCs w:val="1"/>
      </w:rPr>
    </w:tblStylePr>
    <w:tblStylePr w:type="band1Horz">
      <w:tblPr/>
      <w:tcPr>
        <w:shd w:val="clear" w:color="auto" w:fill="DFA7A6" w:themeFill="accent2" w:themeFillTint="7F"/>
      </w:tcPr>
    </w:tblStylePr>
    <w:tblStylePr w:type="lastRow">
      <w:rPr>
        <w:b w:val="1"/>
        <w:bCs w:val="1"/>
      </w:rPr>
      <w:tblPr/>
      <w:tcPr>
        <w:tcBorders>
          <w:top w:val="single" w:color="CF7B79" w:themeColor="accent2" w:themeTint="BF" w:sz="18" w:space="0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Row">
      <w:rPr>
        <w:b w:val="1"/>
        <w:bCs w:val="1"/>
      </w:rPr>
    </w:tblStylePr>
    <w:tblStylePr w:type="firstCol">
      <w:rPr>
        <w:b w:val="1"/>
        <w:bCs w:val="1"/>
      </w:rPr>
    </w:tblStylePr>
  </w:style>
  <w:style w:type="character" w:styleId="00000f" w:customStyle="1">
    <w:name w:val="Heading 4 Char"/>
    <w:basedOn w:val="000005"/>
    <w:link w:val="00000e"/>
    <w:uiPriority w:val="9"/>
    <w:semiHidden w:val="1"/>
    <w:rsid w:val="00FC693F"/>
    <w:rPr>
      <w:rFonts w:asciiTheme="majorHAnsi" w:hAnsiTheme="majorHAnsi" w:eastAsiaTheme="majorEastAsia" w:cstheme="majorBidi"/>
      <w:b w:val="1"/>
      <w:bCs w:val="1"/>
      <w:i w:val="1"/>
      <w:iCs w:val="1"/>
      <w:color w:val="4F81BD" w:themeColor="accent1"/>
    </w:rPr>
  </w:style>
  <w:style w:type="table" w:styleId="000080">
    <w:name w:val="Medium Grid 1 Accent 5"/>
    <w:basedOn w:val="00001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val="clear" w:color="auto" w:fill="A5D5E2" w:themeFill="accent5" w:themeFillTint="7F"/>
      </w:tcPr>
    </w:tblStylePr>
    <w:tblStylePr w:type="lastRow">
      <w:rPr>
        <w:b w:val="1"/>
        <w:bCs w:val="1"/>
      </w:rPr>
      <w:tblPr/>
      <w:tcPr>
        <w:tcBorders>
          <w:top w:val="single" w:color="78C0D4" w:themeColor="accent5" w:themeTint="BF" w:sz="18" w:space="0"/>
        </w:tcBorders>
      </w:tcPr>
    </w:tblStylePr>
    <w:tblStylePr w:type="firstRow">
      <w:rPr>
        <w:b w:val="1"/>
        <w:bCs w:val="1"/>
      </w:r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00001f">
    <w:name w:val="Subtitle"/>
    <w:basedOn w:val="000002"/>
    <w:next w:val="000002"/>
    <w:link w:val="000020"/>
    <w:uiPriority w:val="11"/>
    <w:qFormat w:val="1"/>
    <w:rsid w:val="00FC693F"/>
    <w:pPr>
      <w:numPr>
        <w:ilvl w:val="1"/>
      </w:numPr>
    </w:pPr>
    <w:rPr>
      <w:rFonts w:asciiTheme="majorHAnsi" w:hAnsiTheme="majorHAnsi" w:eastAsiaTheme="majorEastAsia" w:cstheme="majorBidi"/>
      <w:i w:val="1"/>
      <w:iCs w:val="1"/>
      <w:color w:val="4F81BD" w:themeColor="accent1"/>
      <w:spacing w:val="15"/>
      <w:sz w:val="24"/>
      <w:szCs w:val="24"/>
    </w:rPr>
  </w:style>
  <w:style w:type="paragraph" w:styleId="00001c">
    <w:name w:val="No Spacing"/>
    <w:uiPriority w:val="1"/>
    <w:qFormat w:val="1"/>
    <w:rsid w:val="00FC693F"/>
    <w:pPr>
      <w:spacing w:after="0" w:line="240" w:lineRule="auto"/>
    </w:pPr>
  </w:style>
  <w:style w:type="character" w:styleId="000043">
    <w:name w:val="Subtle Emphasis"/>
    <w:basedOn w:val="000005"/>
    <w:uiPriority w:val="19"/>
    <w:qFormat w:val="1"/>
    <w:rsid w:val="00FC693F"/>
    <w:rPr>
      <w:i w:val="1"/>
      <w:iCs w:val="1"/>
      <w:color w:val="808080" w:themeColor="text1" w:themeTint="7F"/>
    </w:rPr>
  </w:style>
  <w:style w:type="character" w:styleId="000004" w:customStyle="1">
    <w:name w:val="Header Char"/>
    <w:basedOn w:val="000005"/>
    <w:link w:val="000003"/>
    <w:uiPriority w:val="99"/>
    <w:rsid w:val="00E618BF"/>
  </w:style>
  <w:style w:type="paragraph" w:styleId="00002c">
    <w:name w:val="List Bullet"/>
    <w:basedOn w:val="000002"/>
    <w:uiPriority w:val="99"/>
    <w:unhideWhenUsed w:val="1"/>
    <w:rsid w:val="00326F90"/>
    <w:pPr>
      <w:numPr>
        <w:numId w:val="6"/>
      </w:numPr>
      <w:contextualSpacing w:val="1"/>
    </w:pPr>
  </w:style>
  <w:style w:type="table" w:styleId="000055">
    <w:name w:val="Light List Accent 4"/>
    <w:basedOn w:val="00001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b w:val="1"/>
        <w:bCs w:val="1"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shd w:val="clear" w:color="auto" w:fill="8064A2" w:themeFill="accent4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  <w:bCs w:val="1"/>
      </w:rPr>
    </w:tblStylePr>
  </w:style>
  <w:style w:type="table" w:styleId="000098">
    <w:name w:val="Colorful Shading Accent 1"/>
    <w:basedOn w:val="00001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Horz">
      <w:tblPr/>
      <w:tcPr>
        <w:shd w:val="clear" w:color="auto" w:fill="A7BFDE" w:themeFill="accent1" w:themeFillTint="7F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CCE4" w:themeFill="accent1" w:themeFillTint="66"/>
      </w:tcPr>
    </w:tblStylePr>
    <w:tblStylePr w:type="nwCell">
      <w:rPr>
        <w:color w:val="000000" w:themeColor="text1"/>
      </w:rPr>
    </w:tblStylePr>
    <w:tblStylePr w:type="lastRow">
      <w:rPr>
        <w:b w:val="1"/>
        <w:bCs w:val="1"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neCell">
      <w:rPr>
        <w:color w:val="000000" w:themeColor="text1"/>
      </w:rPr>
    </w:tblStylePr>
  </w:style>
  <w:style w:type="table" w:styleId="000093">
    <w:name w:val="Dark List Accent 3"/>
    <w:basedOn w:val="00001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0000cd" w:default="1">
    <w:name w:val="Normal Table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000140">
    <w:name w:val="Dark List Accent 3"/>
    <w:basedOn w:val="0000cd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paragraph" w:styleId="0000ba">
    <w:name w:val="heading 1"/>
    <w:basedOn w:val="0000b9"/>
    <w:next w:val="0000b9"/>
    <w:link w:val="0000bb"/>
    <w:uiPriority w:val="9"/>
    <w:qFormat w:val="1"/>
    <w:rsid w:val="00FC693F"/>
    <w:pPr>
      <w:keepNext w:val="1"/>
      <w:keepLines w:val="1"/>
      <w:spacing w:before="480" w:after="0"/>
      <w:outlineLvl w:val="0"/>
    </w:pPr>
    <w:rPr>
      <w:rFonts w:asciiTheme="majorHAnsi" w:hAnsiTheme="majorHAnsi" w:eastAsiaTheme="majorEastAsia" w:cstheme="majorBidi"/>
      <w:b w:val="1"/>
      <w:bCs w:val="1"/>
      <w:color w:val="365F91" w:themeColor="accent1" w:themeShade="BF"/>
      <w:sz w:val="28"/>
      <w:szCs w:val="28"/>
    </w:rPr>
  </w:style>
  <w:style w:type="table" w:styleId="000126">
    <w:name w:val="Medium List 2 Accent 5"/>
    <w:basedOn w:val="0000cd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nwCell">
      <w:tblPr/>
      <w:tcPr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</w:style>
  <w:style w:type="character" w:styleId="0000f0">
    <w:name w:val="Subtle Emphasis"/>
    <w:basedOn w:val="0000cc"/>
    <w:uiPriority w:val="19"/>
    <w:qFormat w:val="1"/>
    <w:rsid w:val="00FC693F"/>
    <w:rPr>
      <w:i w:val="1"/>
      <w:iCs w:val="1"/>
      <w:color w:val="808080" w:themeColor="text1" w:themeTint="7F"/>
    </w:rPr>
  </w:style>
  <w:style w:type="paragraph" w:styleId="0000d5">
    <w:name w:val="Body Text"/>
    <w:basedOn w:val="0000b9"/>
    <w:link w:val="0000d6"/>
    <w:uiPriority w:val="99"/>
    <w:unhideWhenUsed w:val="1"/>
    <w:rsid w:val="00AA1D8D"/>
    <w:pPr>
      <w:spacing w:after="120"/>
    </w:pPr>
  </w:style>
  <w:style w:type="table" w:styleId="000102">
    <w:name w:val="Light List Accent 4"/>
    <w:basedOn w:val="0000cd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shd w:val="clear" w:color="auto" w:fill="8064A2" w:themeFill="accent4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character" w:styleId="0000f3">
    <w:name w:val="Intense Reference"/>
    <w:basedOn w:val="0000cc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table" w:styleId="000125">
    <w:name w:val="Medium List 2 Accent 4"/>
    <w:basedOn w:val="0000cd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swCell">
      <w:tblPr/>
      <w:tcPr>
        <w:tcBorders>
          <w:top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</w:style>
  <w:style w:type="paragraph" w:styleId="0000e9">
    <w:name w:val="Quote"/>
    <w:basedOn w:val="0000b9"/>
    <w:next w:val="0000b9"/>
    <w:link w:val="0000ea"/>
    <w:uiPriority w:val="29"/>
    <w:qFormat w:val="1"/>
    <w:rsid w:val="00FC693F"/>
    <w:rPr>
      <w:i w:val="1"/>
      <w:iCs w:val="1"/>
      <w:color w:val="000000" w:themeColor="text1"/>
    </w:rPr>
  </w:style>
  <w:style w:type="table" w:styleId="00014d">
    <w:name w:val="Colorful List Accent 2"/>
    <w:basedOn w:val="0000cd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  <w:tblStylePr w:type="firstCol">
      <w:rPr>
        <w:b w:val="1"/>
        <w:bCs w:val="1"/>
      </w:rPr>
    </w:tblStylePr>
    <w:tblStylePr w:type="lastRow">
      <w:rPr>
        <w:b w:val="1"/>
        <w:bCs w:val="1"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Row">
      <w:rPr>
        <w:b w:val="1"/>
        <w:bCs w:val="1"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</w:style>
  <w:style w:type="character" w:styleId="0000ed">
    <w:name w:val="Emphasis"/>
    <w:basedOn w:val="0000cc"/>
    <w:uiPriority w:val="20"/>
    <w:qFormat w:val="1"/>
    <w:rsid w:val="00FC693F"/>
    <w:rPr>
      <w:i w:val="1"/>
      <w:iCs w:val="1"/>
    </w:rPr>
  </w:style>
  <w:style w:type="table" w:styleId="0000fd">
    <w:name w:val="Light Shading Accent 6"/>
    <w:basedOn w:val="0000cd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Col">
      <w:rPr>
        <w:b w:val="1"/>
        <w:bCs w:val="1"/>
      </w:rPr>
    </w:tblStylePr>
  </w:style>
  <w:style w:type="table" w:styleId="000105">
    <w:name w:val="Light Grid"/>
    <w:basedOn w:val="0000cd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</w:style>
  <w:style w:type="table" w:styleId="000118">
    <w:name w:val="Medium Shading 2 Accent 5"/>
    <w:basedOn w:val="0000cd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b w:val="1"/>
        <w:bCs w:val="1"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</w:style>
  <w:style w:type="paragraph" w:styleId="0000ee">
    <w:name w:val="Intense Quote"/>
    <w:basedOn w:val="0000b9"/>
    <w:next w:val="0000b9"/>
    <w:link w:val="0000ef"/>
    <w:uiPriority w:val="30"/>
    <w:qFormat w:val="1"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 w:val="1"/>
      <w:bCs w:val="1"/>
      <w:i w:val="1"/>
      <w:iCs w:val="1"/>
      <w:color w:val="4F81BD" w:themeColor="accent1"/>
    </w:rPr>
  </w:style>
  <w:style w:type="table" w:styleId="0000f7">
    <w:name w:val="Light Shading"/>
    <w:basedOn w:val="0000cd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00011e">
    <w:name w:val="Medium List 1 Accent 4"/>
    <w:basedOn w:val="0000cd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auto" w:fill="DFD8E8" w:themeFill="accent4" w:themeFillTint="3F"/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band1Horz">
      <w:tblPr/>
      <w:tcPr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</w:style>
  <w:style w:type="character" w:styleId="0000c5" w:customStyle="1">
    <w:name w:val="Heading 6 Char"/>
    <w:basedOn w:val="0000cc"/>
    <w:link w:val="0000c4"/>
    <w:uiPriority w:val="9"/>
    <w:semiHidden w:val="1"/>
    <w:rsid w:val="00FC693F"/>
    <w:rPr>
      <w:rFonts w:asciiTheme="majorHAnsi" w:hAnsiTheme="majorHAnsi" w:eastAsiaTheme="majorEastAsia" w:cstheme="majorBidi"/>
      <w:i w:val="1"/>
      <w:iCs w:val="1"/>
      <w:color w:val="243F60" w:themeColor="accent1" w:themeShade="7F"/>
    </w:rPr>
  </w:style>
  <w:style w:type="table" w:styleId="0000f9">
    <w:name w:val="Light Shading Accent 2"/>
    <w:basedOn w:val="0000cd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Col">
      <w:rPr>
        <w:b w:val="1"/>
        <w:bCs w:val="1"/>
      </w:r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0000c0">
    <w:name w:val="heading 4"/>
    <w:basedOn w:val="0000b9"/>
    <w:next w:val="0000b9"/>
    <w:link w:val="0000c1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3"/>
    </w:pPr>
    <w:rPr>
      <w:rFonts w:asciiTheme="majorHAnsi" w:hAnsiTheme="majorHAnsi" w:eastAsiaTheme="majorEastAsia" w:cstheme="majorBidi"/>
      <w:b w:val="1"/>
      <w:bCs w:val="1"/>
      <w:i w:val="1"/>
      <w:iCs w:val="1"/>
      <w:color w:val="4F81BD" w:themeColor="accent1"/>
    </w:rPr>
  </w:style>
  <w:style w:type="table" w:styleId="00011b">
    <w:name w:val="Medium List 1 Accent 1"/>
    <w:basedOn w:val="0000cd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Horz">
      <w:tblPr/>
      <w:tcPr>
        <w:shd w:val="clear" w:color="auto" w:fill="D3DFEE" w:themeFill="accent1" w:themeFillTint="3F"/>
      </w:tcPr>
    </w:tblStylePr>
    <w:tblStylePr w:type="band1Vert">
      <w:tblPr/>
      <w:tcPr>
        <w:shd w:val="clear" w:color="auto" w:fill="D3DFEE" w:themeFill="accent1" w:themeFillTint="3F"/>
      </w:tc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</w:style>
  <w:style w:type="table" w:styleId="000151">
    <w:name w:val="Colorful List Accent 6"/>
    <w:basedOn w:val="0000cd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 w:val="1"/>
        <w:bCs w:val="1"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lastCol">
      <w:rPr>
        <w:b w:val="1"/>
        <w:bCs w:val="1"/>
      </w:rPr>
    </w:tblStylePr>
    <w:tblStylePr w:type="firstCol">
      <w:rPr>
        <w:b w:val="1"/>
        <w:bCs w:val="1"/>
      </w:rPr>
    </w:tblStylePr>
    <w:tblStylePr w:type="lastRow">
      <w:rPr>
        <w:b w:val="1"/>
        <w:bCs w:val="1"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0000c3" w:customStyle="1">
    <w:name w:val="Heading 5 Char"/>
    <w:basedOn w:val="0000cc"/>
    <w:link w:val="0000c2"/>
    <w:uiPriority w:val="9"/>
    <w:semiHidden w:val="1"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0000c9" w:customStyle="1">
    <w:name w:val="Heading 8 Char"/>
    <w:basedOn w:val="0000cc"/>
    <w:link w:val="0000c8"/>
    <w:uiPriority w:val="9"/>
    <w:semiHidden w:val="1"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0000e5">
    <w:name w:val="List Continue 2"/>
    <w:basedOn w:val="0000b9"/>
    <w:uiPriority w:val="99"/>
    <w:unhideWhenUsed w:val="1"/>
    <w:rsid w:val="0029639D"/>
    <w:pPr>
      <w:spacing w:after="120"/>
      <w:ind w:left="720"/>
      <w:contextualSpacing w:val="1"/>
    </w:pPr>
  </w:style>
  <w:style w:type="paragraph" w:styleId="0000ca">
    <w:name w:val="heading 9"/>
    <w:basedOn w:val="0000b9"/>
    <w:next w:val="0000b9"/>
    <w:link w:val="0000cb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8"/>
    </w:pPr>
    <w:rPr>
      <w:rFonts w:asciiTheme="majorHAnsi" w:hAnsiTheme="majorHAnsi" w:eastAsiaTheme="majorEastAsia" w:cstheme="majorBidi"/>
      <w:i w:val="1"/>
      <w:iCs w:val="1"/>
      <w:color w:val="404040" w:themeColor="text1" w:themeTint="BF"/>
      <w:sz w:val="20"/>
      <w:szCs w:val="20"/>
    </w:rPr>
  </w:style>
  <w:style w:type="paragraph" w:styleId="0000cf">
    <w:name w:val="No Spacing"/>
    <w:uiPriority w:val="1"/>
    <w:qFormat w:val="1"/>
    <w:rsid w:val="00FC693F"/>
    <w:pPr>
      <w:spacing w:after="0" w:line="240" w:lineRule="auto"/>
    </w:pPr>
  </w:style>
  <w:style w:type="table" w:styleId="00010d">
    <w:name w:val="Medium Shading 1 Accent 1"/>
    <w:basedOn w:val="0000cd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2Horz">
      <w:tblPr/>
      <w:tcPr>
        <w:tcBorders>
          <w:insideH w:val="nil"/>
          <w:insideV w:val="nil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la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 w:val="1"/>
        <w:bCs w:val="1"/>
      </w:r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00010a">
    <w:name w:val="Light Grid Accent 5"/>
    <w:basedOn w:val="0000cd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</w:style>
  <w:style w:type="table" w:styleId="000156">
    <w:name w:val="Colorful Grid Accent 4"/>
    <w:basedOn w:val="0000cd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band1Horz">
      <w:tblPr/>
      <w:tcPr>
        <w:shd w:val="clear" w:color="auto" w:fill="BFB1D0" w:themeFill="accent4" w:themeFillTint="7F"/>
      </w:tcPr>
    </w:tblStylePr>
    <w:tblStylePr w:type="lastRow">
      <w:rPr>
        <w:b w:val="1"/>
        <w:bCs w:val="1"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firstRow">
      <w:rPr>
        <w:b w:val="1"/>
        <w:bCs w:val="1"/>
      </w:rPr>
      <w:tblPr/>
      <w:tcPr>
        <w:shd w:val="clear" w:color="auto" w:fill="CCC0D9" w:themeFill="accent4" w:themeFillTint="66"/>
      </w:tcPr>
    </w:tblStylePr>
    <w:tblStylePr w:type="band1Vert">
      <w:tblPr/>
      <w:tcPr>
        <w:shd w:val="clear" w:color="auto" w:fill="BFB1D0" w:themeFill="accent4" w:themeFillTint="7F"/>
      </w:tcPr>
    </w:tblStylePr>
  </w:style>
  <w:style w:type="table" w:styleId="000108">
    <w:name w:val="Light Grid Accent 3"/>
    <w:basedOn w:val="0000cd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paragraph" w:styleId="0000d0">
    <w:name w:val="Title"/>
    <w:basedOn w:val="0000b9"/>
    <w:next w:val="0000b9"/>
    <w:link w:val="0000d1"/>
    <w:uiPriority w:val="10"/>
    <w:qFormat w:val="1"/>
    <w:rsid w:val="00FC693F"/>
    <w:pPr>
      <w:pBdr>
        <w:bottom w:val="single" w:color="4F81BD" w:themeColor="accent1" w:sz="8" w:space="4"/>
      </w:pBdr>
      <w:spacing w:after="300" w:line="240" w:lineRule="auto"/>
      <w:contextualSpacing w:val="1"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00012d">
    <w:name w:val="Medium Grid 1 Accent 5"/>
    <w:basedOn w:val="0000cd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78C0D4" w:themeColor="accent5" w:themeTint="BF" w:sz="18" w:space="0"/>
        </w:tcBorders>
      </w:tcPr>
    </w:tblStylePr>
    <w:tblStylePr w:type="band1Horz">
      <w:tblPr/>
      <w:tcPr>
        <w:shd w:val="clear" w:color="auto" w:fill="A5D5E2" w:themeFill="accent5" w:themeFillTint="7F"/>
      </w:tcPr>
    </w:tblStylePr>
    <w:tblStylePr w:type="firstRow">
      <w:rPr>
        <w:b w:val="1"/>
        <w:bCs w:val="1"/>
      </w:rPr>
    </w:tblStylePr>
    <w:tblStylePr w:type="firstCol">
      <w:rPr>
        <w:b w:val="1"/>
        <w:bCs w:val="1"/>
      </w:rPr>
    </w:tblStylePr>
    <w:tblStylePr w:type="band1Vert">
      <w:tblPr/>
      <w:tcPr>
        <w:shd w:val="clear" w:color="auto" w:fill="A5D5E2" w:themeFill="accent5" w:themeFillTint="7F"/>
      </w:tcPr>
    </w:tblStylePr>
  </w:style>
  <w:style w:type="table" w:styleId="000114">
    <w:name w:val="Medium Shading 2 Accent 1"/>
    <w:basedOn w:val="0000cd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</w:style>
  <w:style w:type="table" w:styleId="000133">
    <w:name w:val="Medium Grid 2 Accent 4"/>
    <w:basedOn w:val="0000cd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band1Vert">
      <w:tblPr/>
      <w:tcPr>
        <w:shd w:val="clear" w:color="auto" w:fill="BFB1D0" w:themeFill="accent4" w:themeFillTint="7F"/>
      </w:tcPr>
    </w:tblStylePr>
    <w:tblStylePr w:type="firstRow">
      <w:rPr>
        <w:b w:val="1"/>
        <w:bCs w:val="1"/>
        <w:color w:val="000000" w:themeColor="text1"/>
      </w:rPr>
      <w:tblPr/>
      <w:tcPr>
        <w:shd w:val="clear" w:color="auto" w:fill="F2EFF6" w:themeFill="accent4" w:themeFillTint="19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</w:style>
  <w:style w:type="paragraph" w:styleId="0000c4">
    <w:name w:val="heading 6"/>
    <w:basedOn w:val="0000b9"/>
    <w:next w:val="0000b9"/>
    <w:link w:val="0000c5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5"/>
    </w:pPr>
    <w:rPr>
      <w:rFonts w:asciiTheme="majorHAnsi" w:hAnsiTheme="majorHAnsi" w:eastAsiaTheme="majorEastAsia" w:cstheme="majorBidi"/>
      <w:i w:val="1"/>
      <w:iCs w:val="1"/>
      <w:color w:val="243F60" w:themeColor="accent1" w:themeShade="7F"/>
    </w:rPr>
  </w:style>
  <w:style w:type="paragraph" w:styleId="0000df">
    <w:name w:val="List Bullet 2"/>
    <w:basedOn w:val="0000b9"/>
    <w:uiPriority w:val="99"/>
    <w:unhideWhenUsed w:val="1"/>
    <w:rsid w:val="00326F90"/>
    <w:pPr>
      <w:numPr>
        <w:numId w:val="4"/>
      </w:numPr>
      <w:contextualSpacing w:val="1"/>
    </w:pPr>
  </w:style>
  <w:style w:type="table" w:styleId="000116">
    <w:name w:val="Medium Shading 2 Accent 3"/>
    <w:basedOn w:val="0000cd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</w:style>
  <w:style w:type="table" w:styleId="00012c">
    <w:name w:val="Medium Grid 1 Accent 4"/>
    <w:basedOn w:val="0000cd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 w:val="1"/>
        <w:bCs w:val="1"/>
      </w:rPr>
    </w:tblStylePr>
    <w:tblStylePr w:type="band1Vert">
      <w:tblPr/>
      <w:tcPr>
        <w:shd w:val="clear" w:color="auto" w:fill="BFB1D0" w:themeFill="accent4" w:themeFillTint="7F"/>
      </w:tcPr>
    </w:tblStylePr>
    <w:tblStylePr w:type="lastRow">
      <w:rPr>
        <w:b w:val="1"/>
        <w:bCs w:val="1"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 w:val="1"/>
        <w:bCs w:val="1"/>
      </w:rPr>
    </w:tblStylePr>
    <w:tblStylePr w:type="band1Horz">
      <w:tblPr/>
      <w:tcPr>
        <w:shd w:val="clear" w:color="auto" w:fill="BFB1D0" w:themeFill="accent4" w:themeFillTint="7F"/>
      </w:tcPr>
    </w:tblStylePr>
    <w:tblStylePr w:type="lastCol">
      <w:rPr>
        <w:b w:val="1"/>
        <w:bCs w:val="1"/>
      </w:rPr>
    </w:tblStylePr>
  </w:style>
  <w:style w:type="table" w:styleId="000146">
    <w:name w:val="Colorful Shading Accent 2"/>
    <w:basedOn w:val="0000cd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neCell">
      <w:rPr>
        <w:color w:val="000000" w:themeColor="text1"/>
      </w:r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E5B8B7" w:themeFill="accent2" w:themeFillTint="66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nwCell">
      <w:rPr>
        <w:color w:val="000000" w:themeColor="text1"/>
      </w:r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</w:style>
  <w:style w:type="table" w:styleId="000138">
    <w:name w:val="Medium Grid 3 Accent 2"/>
    <w:basedOn w:val="0000cd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</w:style>
  <w:style w:type="table" w:styleId="000109">
    <w:name w:val="Light Grid Accent 4"/>
    <w:basedOn w:val="0000cd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000132">
    <w:name w:val="Medium Grid 2 Accent 3"/>
    <w:basedOn w:val="0000cd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lastRow">
      <w:rPr>
        <w:b w:val="1"/>
        <w:bCs w:val="1"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Row">
      <w:rPr>
        <w:b w:val="1"/>
        <w:bCs w:val="1"/>
        <w:color w:val="000000" w:themeColor="text1"/>
      </w:rPr>
      <w:tblPr/>
      <w:tcPr>
        <w:shd w:val="clear" w:color="auto" w:fill="F5F8EE" w:themeFill="accent3" w:themeFillTint="19"/>
      </w:tcPr>
    </w:tblStylePr>
    <w:tblStylePr w:type="nwCell">
      <w:tblPr/>
      <w:tcPr>
        <w:shd w:val="clear" w:color="auto" w:fill="FFFFFF" w:themeFill="background1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</w:style>
  <w:style w:type="table" w:styleId="000135">
    <w:name w:val="Medium Grid 2 Accent 6"/>
    <w:basedOn w:val="0000cd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Col">
      <w:rPr>
        <w:b w:val="1"/>
        <w:bCs w:val="1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firstRow">
      <w:rPr>
        <w:b w:val="1"/>
        <w:bCs w:val="1"/>
        <w:color w:val="000000" w:themeColor="text1"/>
      </w:rPr>
      <w:tblPr/>
      <w:tcPr>
        <w:shd w:val="clear" w:color="auto" w:fill="FEF4EC" w:themeFill="accent6" w:themeFillTint="19"/>
      </w:tcPr>
    </w:tblStylePr>
    <w:tblStylePr w:type="band1Vert">
      <w:tblPr/>
      <w:tcPr>
        <w:shd w:val="clear" w:color="auto" w:fill="FBCAA2" w:themeFill="accent6" w:themeFillTint="7F"/>
      </w:tcPr>
    </w:tblStylePr>
  </w:style>
  <w:style w:type="paragraph" w:styleId="0000e0">
    <w:name w:val="List Bullet 3"/>
    <w:basedOn w:val="0000b9"/>
    <w:uiPriority w:val="99"/>
    <w:unhideWhenUsed w:val="1"/>
    <w:rsid w:val="00326F90"/>
    <w:pPr>
      <w:numPr>
        <w:numId w:val="1"/>
      </w:numPr>
      <w:contextualSpacing w:val="1"/>
    </w:pPr>
  </w:style>
  <w:style w:type="table" w:styleId="000103">
    <w:name w:val="Light List Accent 5"/>
    <w:basedOn w:val="0000cd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shd w:val="clear" w:color="auto" w:fill="4BACC6" w:themeFill="accent5"/>
      </w:tcPr>
    </w:tblStylePr>
    <w:tblStylePr w:type="lastCol">
      <w:rPr>
        <w:b w:val="1"/>
        <w:bCs w:val="1"/>
      </w:rPr>
    </w:tblStylePr>
    <w:tblStylePr w:type="firstCol">
      <w:rPr>
        <w:b w:val="1"/>
        <w:bCs w:val="1"/>
      </w:rPr>
    </w:tblStylePr>
  </w:style>
  <w:style w:type="paragraph" w:styleId="0000dc">
    <w:name w:val="List 2"/>
    <w:basedOn w:val="0000b9"/>
    <w:uiPriority w:val="99"/>
    <w:unhideWhenUsed w:val="1"/>
    <w:rsid w:val="00326F90"/>
    <w:pPr>
      <w:ind w:left="720" w:hanging="360"/>
      <w:contextualSpacing w:val="1"/>
    </w:pPr>
  </w:style>
  <w:style w:type="table" w:styleId="000127">
    <w:name w:val="Medium List 2 Accent 6"/>
    <w:basedOn w:val="0000cd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</w:style>
  <w:style w:type="table" w:styleId="000141">
    <w:name w:val="Dark List Accent 4"/>
    <w:basedOn w:val="0000cd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0000ff">
    <w:name w:val="Light List Accent 1"/>
    <w:basedOn w:val="0000cd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000136">
    <w:name w:val="Medium Grid 3"/>
    <w:basedOn w:val="0000cd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</w:style>
  <w:style w:type="table" w:styleId="000122">
    <w:name w:val="Medium List 2 Accent 1"/>
    <w:basedOn w:val="0000cd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000113">
    <w:name w:val="Medium Shading 2"/>
    <w:basedOn w:val="0000cd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b w:val="1"/>
        <w:bCs w:val="1"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</w:style>
  <w:style w:type="character" w:styleId="0000d3" w:customStyle="1">
    <w:name w:val="Subtitle Char"/>
    <w:basedOn w:val="0000cc"/>
    <w:link w:val="0000d2"/>
    <w:uiPriority w:val="11"/>
    <w:rsid w:val="00FC693F"/>
    <w:rPr>
      <w:rFonts w:asciiTheme="majorHAnsi" w:hAnsiTheme="majorHAnsi" w:eastAsiaTheme="majorEastAsia" w:cstheme="majorBidi"/>
      <w:i w:val="1"/>
      <w:iCs w:val="1"/>
      <w:color w:val="4F81BD" w:themeColor="accent1"/>
      <w:spacing w:val="15"/>
      <w:sz w:val="24"/>
      <w:szCs w:val="24"/>
    </w:rPr>
  </w:style>
  <w:style w:type="table" w:styleId="000111">
    <w:name w:val="Medium Shading 1 Accent 5"/>
    <w:basedOn w:val="0000cd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D2EAF1" w:themeFill="accent5" w:themeFillTint="3F"/>
      </w:tcPr>
    </w:tblStylePr>
    <w:tblStylePr w:type="lastCol">
      <w:rPr>
        <w:b w:val="1"/>
        <w:bCs w:val="1"/>
      </w:rPr>
    </w:tblStylePr>
    <w:tblStylePr w:type="band2Horz">
      <w:tblPr/>
      <w:tcPr>
        <w:tcBorders>
          <w:insideH w:val="nil"/>
          <w:insideV w:val="nil"/>
        </w:tcBorders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000106">
    <w:name w:val="Light Grid Accent 1"/>
    <w:basedOn w:val="0000cd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</w:style>
  <w:style w:type="character" w:styleId="0000f2">
    <w:name w:val="Subtle Reference"/>
    <w:basedOn w:val="0000cc"/>
    <w:uiPriority w:val="31"/>
    <w:qFormat w:val="1"/>
    <w:rsid w:val="00FC693F"/>
    <w:rPr>
      <w:smallCaps w:val="1"/>
      <w:color w:val="C0504D" w:themeColor="accent2"/>
      <w:u w:val="single"/>
    </w:rPr>
  </w:style>
  <w:style w:type="table" w:styleId="0000f8">
    <w:name w:val="Light Shading Accent 1"/>
    <w:basedOn w:val="0000cd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Col">
      <w:rPr>
        <w:b w:val="1"/>
        <w:bCs w:val="1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000134">
    <w:name w:val="Medium Grid 2 Accent 5"/>
    <w:basedOn w:val="0000cd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band1Vert">
      <w:tblPr/>
      <w:tcPr>
        <w:shd w:val="clear" w:color="auto" w:fill="A5D5E2" w:themeFill="accent5" w:themeFillTint="7F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Row">
      <w:rPr>
        <w:b w:val="1"/>
        <w:bCs w:val="1"/>
        <w:color w:val="000000" w:themeColor="text1"/>
      </w:rPr>
      <w:tblPr/>
      <w:tcPr>
        <w:shd w:val="clear" w:color="auto" w:fill="EDF6F9" w:themeFill="accent5" w:themeFillTint="19"/>
      </w:tcPr>
    </w:tblStylePr>
    <w:tblStylePr w:type="nwCell">
      <w:tblPr/>
      <w:tcPr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</w:style>
  <w:style w:type="character" w:styleId="0000bd" w:customStyle="1">
    <w:name w:val="Heading 2 Char"/>
    <w:basedOn w:val="0000cc"/>
    <w:link w:val="0000bc"/>
    <w:uiPriority w:val="9"/>
    <w:rsid w:val="00FC693F"/>
    <w:rPr>
      <w:rFonts w:asciiTheme="majorHAnsi" w:hAnsiTheme="majorHAnsi" w:eastAsiaTheme="majorEastAsia" w:cstheme="majorBidi"/>
      <w:b w:val="1"/>
      <w:bCs w:val="1"/>
      <w:color w:val="4F81BD" w:themeColor="accent1"/>
      <w:sz w:val="26"/>
      <w:szCs w:val="26"/>
    </w:rPr>
  </w:style>
  <w:style w:type="table" w:styleId="00014e">
    <w:name w:val="Colorful List Accent 3"/>
    <w:basedOn w:val="0000cd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Horz">
      <w:tblPr/>
      <w:tcPr>
        <w:shd w:val="clear" w:color="auto" w:fill="EAF1DD" w:themeFill="accent3" w:themeFillTint="33"/>
      </w:tcPr>
    </w:tblStylePr>
    <w:tblStylePr w:type="firstRow">
      <w:rPr>
        <w:b w:val="1"/>
        <w:bCs w:val="1"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 w:val="1"/>
        <w:bCs w:val="1"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000158">
    <w:name w:val="Colorful Grid Accent 6"/>
    <w:basedOn w:val="0000cd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firstRow">
      <w:rPr>
        <w:b w:val="1"/>
        <w:bCs w:val="1"/>
      </w:rPr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lastRow">
      <w:rPr>
        <w:b w:val="1"/>
        <w:bCs w:val="1"/>
        <w:color w:val="000000" w:themeColor="text1"/>
      </w:rPr>
      <w:tblPr/>
      <w:tcPr>
        <w:shd w:val="clear" w:color="auto" w:fill="FBD4B4" w:themeFill="accent6" w:themeFillTint="66"/>
      </w:tcPr>
    </w:tblStylePr>
    <w:tblStylePr w:type="band1Vert">
      <w:tblPr/>
      <w:tcPr>
        <w:shd w:val="clear" w:color="auto" w:fill="FBCAA2" w:themeFill="accent6" w:themeFillTint="7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</w:style>
  <w:style w:type="paragraph" w:styleId="0000d7">
    <w:name w:val="Body Text 2"/>
    <w:basedOn w:val="0000b9"/>
    <w:link w:val="0000d8"/>
    <w:uiPriority w:val="99"/>
    <w:unhideWhenUsed w:val="1"/>
    <w:rsid w:val="00AA1D8D"/>
    <w:pPr>
      <w:spacing w:after="120" w:line="480" w:lineRule="auto"/>
    </w:pPr>
  </w:style>
  <w:style w:type="table" w:styleId="00013c">
    <w:name w:val="Medium Grid 3 Accent 6"/>
    <w:basedOn w:val="0000cd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</w:style>
  <w:style w:type="table" w:styleId="000117">
    <w:name w:val="Medium Shading 2 Accent 4"/>
    <w:basedOn w:val="0000cd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</w:style>
  <w:style w:type="character" w:styleId="0000f1">
    <w:name w:val="Intense Emphasis"/>
    <w:basedOn w:val="0000cc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table" w:styleId="000139">
    <w:name w:val="Medium Grid 3 Accent 3"/>
    <w:basedOn w:val="0000cd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</w:style>
  <w:style w:type="table" w:styleId="00011a">
    <w:name w:val="Medium List 1"/>
    <w:basedOn w:val="0000cd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b w:val="1"/>
        <w:bCs w:val="1"/>
      </w:rPr>
    </w:tblStylePr>
    <w:tblStylePr w:type="lastRow">
      <w:rPr>
        <w:b w:val="1"/>
        <w:bCs w:val="1"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band1Horz">
      <w:tblPr/>
      <w:tcPr>
        <w:shd w:val="clear" w:color="auto" w:fill="C0C0C0" w:themeFill="text1" w:themeFillTint="3F"/>
      </w:tcPr>
    </w:tblStylePr>
    <w:tblStylePr w:type="band1Vert">
      <w:tblPr/>
      <w:tcPr>
        <w:shd w:val="clear" w:color="auto" w:fill="C0C0C0" w:themeFill="text1" w:themeFillTint="3F"/>
      </w:tcPr>
    </w:tblStylePr>
    <w:tblStylePr w:type="lastCol">
      <w:rPr>
        <w:b w:val="1"/>
        <w:bCs w:val="1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</w:style>
  <w:style w:type="table" w:styleId="0000fc">
    <w:name w:val="Light Shading Accent 5"/>
    <w:basedOn w:val="0000cd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000150">
    <w:name w:val="Colorful List Accent 5"/>
    <w:basedOn w:val="0000cd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lastCol">
      <w:rPr>
        <w:b w:val="1"/>
        <w:bCs w:val="1"/>
      </w:rPr>
    </w:tblStylePr>
    <w:tblStylePr w:type="firstRow">
      <w:rPr>
        <w:b w:val="1"/>
        <w:bCs w:val="1"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 w:val="1"/>
        <w:bCs w:val="1"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 w:val="1"/>
        <w:bCs w:val="1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0000c1" w:customStyle="1">
    <w:name w:val="Heading 4 Char"/>
    <w:basedOn w:val="0000cc"/>
    <w:link w:val="0000c0"/>
    <w:uiPriority w:val="9"/>
    <w:semiHidden w:val="1"/>
    <w:rsid w:val="00FC693F"/>
    <w:rPr>
      <w:rFonts w:asciiTheme="majorHAnsi" w:hAnsiTheme="majorHAnsi" w:eastAsiaTheme="majorEastAsia" w:cstheme="majorBidi"/>
      <w:b w:val="1"/>
      <w:bCs w:val="1"/>
      <w:i w:val="1"/>
      <w:iCs w:val="1"/>
      <w:color w:val="4F81BD" w:themeColor="accent1"/>
    </w:rPr>
  </w:style>
  <w:style w:type="paragraph" w:styleId="0000e7">
    <w:name w:val="macro"/>
    <w:link w:val="0000e8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0000d6" w:customStyle="1">
    <w:name w:val="Body Text Char"/>
    <w:basedOn w:val="0000cc"/>
    <w:link w:val="0000d5"/>
    <w:uiPriority w:val="99"/>
    <w:rsid w:val="00AA1D8D"/>
  </w:style>
  <w:style w:type="table" w:styleId="00013b">
    <w:name w:val="Medium Grid 3 Accent 5"/>
    <w:basedOn w:val="0000cd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</w:style>
  <w:style w:type="paragraph" w:styleId="0000eb">
    <w:name w:val="caption"/>
    <w:basedOn w:val="0000b9"/>
    <w:next w:val="0000b9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table" w:styleId="000124">
    <w:name w:val="Medium List 2 Accent 3"/>
    <w:basedOn w:val="0000cd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</w:style>
  <w:style w:type="paragraph" w:styleId="0000bc">
    <w:name w:val="heading 2"/>
    <w:basedOn w:val="0000b9"/>
    <w:next w:val="0000b9"/>
    <w:link w:val="0000bd"/>
    <w:uiPriority w:val="9"/>
    <w:unhideWhenUsed w:val="1"/>
    <w:qFormat w:val="1"/>
    <w:rsid w:val="00FC693F"/>
    <w:pPr>
      <w:keepNext w:val="1"/>
      <w:keepLines w:val="1"/>
      <w:spacing w:before="200" w:after="0"/>
      <w:outlineLvl w:val="1"/>
    </w:pPr>
    <w:rPr>
      <w:rFonts w:asciiTheme="majorHAnsi" w:hAnsiTheme="majorHAnsi" w:eastAsiaTheme="majorEastAsia" w:cstheme="majorBidi"/>
      <w:b w:val="1"/>
      <w:bCs w:val="1"/>
      <w:color w:val="4F81BD" w:themeColor="accent1"/>
      <w:sz w:val="26"/>
      <w:szCs w:val="26"/>
    </w:rPr>
  </w:style>
  <w:style w:type="table" w:styleId="000131">
    <w:name w:val="Medium Grid 2 Accent 2"/>
    <w:basedOn w:val="0000cd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nwCell">
      <w:tblPr/>
      <w:tcPr>
        <w:shd w:val="clear" w:color="auto" w:fill="FFFFFF" w:themeFill="background1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firstRow">
      <w:rPr>
        <w:b w:val="1"/>
        <w:bCs w:val="1"/>
        <w:color w:val="000000" w:themeColor="text1"/>
      </w:rPr>
      <w:tblPr/>
      <w:tcPr>
        <w:shd w:val="clear" w:color="auto" w:fill="F8EDED" w:themeFill="accent2" w:themeFillTint="19"/>
      </w:tcPr>
    </w:tblStylePr>
    <w:tblStylePr w:type="band1Vert">
      <w:tblPr/>
      <w:tcPr>
        <w:shd w:val="clear" w:color="auto" w:fill="DFA7A6" w:themeFill="accent2" w:themeFillTint="7F"/>
      </w:tcPr>
    </w:tblStylePr>
  </w:style>
  <w:style w:type="table" w:styleId="000155">
    <w:name w:val="Colorful Grid Accent 3"/>
    <w:basedOn w:val="0000cd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firstRow">
      <w:rPr>
        <w:b w:val="1"/>
        <w:bCs w:val="1"/>
      </w:rPr>
      <w:tblPr/>
      <w:tcPr>
        <w:shd w:val="clear" w:color="auto" w:fill="D6E3BC" w:themeFill="accent3" w:themeFillTint="66"/>
      </w:tcPr>
    </w:tblStylePr>
    <w:tblStylePr w:type="band1Vert">
      <w:tblPr/>
      <w:tcPr>
        <w:shd w:val="clear" w:color="auto" w:fill="CDDDAC" w:themeFill="accent3" w:themeFillTint="7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Row">
      <w:rPr>
        <w:b w:val="1"/>
        <w:bCs w:val="1"/>
        <w:color w:val="000000" w:themeColor="text1"/>
      </w:rPr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00014a">
    <w:name w:val="Colorful Shading Accent 6"/>
    <w:basedOn w:val="0000cd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band1Vert">
      <w:tblPr/>
      <w:tcPr>
        <w:shd w:val="clear" w:color="auto" w:fill="FBD4B4" w:themeFill="accent6" w:themeFillTint="66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neCell">
      <w:rPr>
        <w:color w:val="000000" w:themeColor="text1"/>
      </w:r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band1Horz">
      <w:tblPr/>
      <w:tcPr>
        <w:shd w:val="clear" w:color="auto" w:fill="FBCAA2" w:themeFill="accent6" w:themeFillTint="7F"/>
      </w:tcPr>
    </w:tblStylePr>
    <w:tblStylePr w:type="nwCell">
      <w:rPr>
        <w:color w:val="000000" w:themeColor="text1"/>
      </w:rPr>
    </w:tblStylePr>
  </w:style>
  <w:style w:type="table" w:styleId="000119">
    <w:name w:val="Medium Shading 2 Accent 6"/>
    <w:basedOn w:val="0000cd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Col">
      <w:rPr>
        <w:b w:val="1"/>
        <w:bCs w:val="1"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</w:style>
  <w:style w:type="table" w:styleId="000123">
    <w:name w:val="Medium List 2 Accent 2"/>
    <w:basedOn w:val="0000cd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000128">
    <w:name w:val="Medium Grid 1"/>
    <w:basedOn w:val="0000cd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 w:val="1"/>
        <w:bCs w:val="1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404040" w:themeColor="text1" w:themeTint="BF" w:sz="18" w:space="0"/>
        </w:tcBorders>
      </w:tcPr>
    </w:tblStylePr>
  </w:style>
  <w:style w:type="table" w:styleId="00014f">
    <w:name w:val="Colorful List Accent 4"/>
    <w:basedOn w:val="0000cd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Col">
      <w:rPr>
        <w:b w:val="1"/>
        <w:bCs w:val="1"/>
      </w:rPr>
    </w:tblStylePr>
    <w:tblStylePr w:type="lastRow">
      <w:rPr>
        <w:b w:val="1"/>
        <w:bCs w:val="1"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lastCol">
      <w:rPr>
        <w:b w:val="1"/>
        <w:bCs w:val="1"/>
      </w:rPr>
    </w:tblStylePr>
    <w:tblStylePr w:type="firstRow">
      <w:rPr>
        <w:b w:val="1"/>
        <w:bCs w:val="1"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0000bf" w:customStyle="1">
    <w:name w:val="Heading 3 Char"/>
    <w:basedOn w:val="0000cc"/>
    <w:link w:val="0000be"/>
    <w:uiPriority w:val="9"/>
    <w:rsid w:val="00FC693F"/>
    <w:rPr>
      <w:rFonts w:asciiTheme="majorHAnsi" w:hAnsiTheme="majorHAnsi" w:eastAsiaTheme="majorEastAsia" w:cstheme="majorBidi"/>
      <w:b w:val="1"/>
      <w:bCs w:val="1"/>
      <w:color w:val="4F81BD" w:themeColor="accent1"/>
    </w:rPr>
  </w:style>
  <w:style w:type="paragraph" w:styleId="0000e2">
    <w:name w:val="List Number 2"/>
    <w:basedOn w:val="0000b9"/>
    <w:uiPriority w:val="99"/>
    <w:unhideWhenUsed w:val="1"/>
    <w:rsid w:val="0029639D"/>
    <w:pPr>
      <w:numPr>
        <w:numId w:val="5"/>
      </w:numPr>
      <w:contextualSpacing w:val="1"/>
    </w:pPr>
  </w:style>
  <w:style w:type="character" w:styleId="0000ea" w:customStyle="1">
    <w:name w:val="Quote Char"/>
    <w:basedOn w:val="0000cc"/>
    <w:link w:val="0000e9"/>
    <w:uiPriority w:val="29"/>
    <w:rsid w:val="00FC693F"/>
    <w:rPr>
      <w:i w:val="1"/>
      <w:iCs w:val="1"/>
      <w:color w:val="000000" w:themeColor="text1"/>
    </w:rPr>
  </w:style>
  <w:style w:type="character" w:styleId="0000ef" w:customStyle="1">
    <w:name w:val="Intense Quote Char"/>
    <w:basedOn w:val="0000cc"/>
    <w:link w:val="0000ee"/>
    <w:uiPriority w:val="30"/>
    <w:rsid w:val="00FC693F"/>
    <w:rPr>
      <w:b w:val="1"/>
      <w:bCs w:val="1"/>
      <w:i w:val="1"/>
      <w:iCs w:val="1"/>
      <w:color w:val="4F81BD" w:themeColor="accent1"/>
    </w:rPr>
  </w:style>
  <w:style w:type="paragraph" w:styleId="0000dd">
    <w:name w:val="List 3"/>
    <w:basedOn w:val="0000b9"/>
    <w:uiPriority w:val="99"/>
    <w:unhideWhenUsed w:val="1"/>
    <w:rsid w:val="00326F90"/>
    <w:pPr>
      <w:ind w:left="1080" w:hanging="360"/>
      <w:contextualSpacing w:val="1"/>
    </w:pPr>
  </w:style>
  <w:style w:type="character" w:styleId="0000cb" w:customStyle="1">
    <w:name w:val="Heading 9 Char"/>
    <w:basedOn w:val="0000cc"/>
    <w:link w:val="0000ca"/>
    <w:uiPriority w:val="9"/>
    <w:semiHidden w:val="1"/>
    <w:rsid w:val="00FC693F"/>
    <w:rPr>
      <w:rFonts w:asciiTheme="majorHAnsi" w:hAnsiTheme="majorHAnsi" w:eastAsiaTheme="majorEastAsia" w:cstheme="majorBidi"/>
      <w:i w:val="1"/>
      <w:iCs w:val="1"/>
      <w:color w:val="404040" w:themeColor="text1" w:themeTint="BF"/>
      <w:sz w:val="20"/>
      <w:szCs w:val="20"/>
    </w:rPr>
  </w:style>
  <w:style w:type="paragraph" w:styleId="0000d9">
    <w:name w:val="Body Text 3"/>
    <w:basedOn w:val="0000b9"/>
    <w:link w:val="0000da"/>
    <w:uiPriority w:val="99"/>
    <w:unhideWhenUsed w:val="1"/>
    <w:rsid w:val="00AA1D8D"/>
    <w:pPr>
      <w:spacing w:after="120"/>
    </w:pPr>
    <w:rPr>
      <w:sz w:val="16"/>
      <w:szCs w:val="16"/>
    </w:rPr>
  </w:style>
  <w:style w:type="table" w:styleId="00010e">
    <w:name w:val="Medium Shading 1 Accent 2"/>
    <w:basedOn w:val="0000cd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 w:val="1"/>
        <w:bCs w:val="1"/>
      </w:rPr>
    </w:tblStylePr>
    <w:tblStylePr w:type="fir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1Vert">
      <w:tblPr/>
      <w:tcPr>
        <w:shd w:val="clear" w:color="auto" w:fill="EFD3D2" w:themeFill="accent2" w:themeFillTint="3F"/>
      </w:tcPr>
    </w:tblStylePr>
  </w:style>
  <w:style w:type="table" w:styleId="00013e">
    <w:name w:val="Dark List Accent 1"/>
    <w:basedOn w:val="0000cd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character" w:styleId="0000da" w:customStyle="1">
    <w:name w:val="Body Text 3 Char"/>
    <w:basedOn w:val="0000cc"/>
    <w:link w:val="0000d9"/>
    <w:uiPriority w:val="99"/>
    <w:rsid w:val="00AA1D8D"/>
    <w:rPr>
      <w:sz w:val="16"/>
      <w:szCs w:val="16"/>
    </w:rPr>
  </w:style>
  <w:style w:type="paragraph" w:styleId="0000f5">
    <w:name w:val="TOC Heading"/>
    <w:basedOn w:val="0000ba"/>
    <w:next w:val="0000b9"/>
    <w:uiPriority w:val="39"/>
    <w:semiHidden w:val="1"/>
    <w:unhideWhenUsed w:val="1"/>
    <w:qFormat w:val="1"/>
    <w:rsid w:val="00FC693F"/>
    <w:pPr>
      <w:outlineLvl w:val="9"/>
    </w:pPr>
  </w:style>
  <w:style w:type="table" w:styleId="000129">
    <w:name w:val="Medium Grid 1 Accent 1"/>
    <w:basedOn w:val="0000cd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Col">
      <w:rPr>
        <w:b w:val="1"/>
        <w:bCs w:val="1"/>
      </w:rPr>
    </w:tblStylePr>
    <w:tblStylePr w:type="band1Horz">
      <w:tblPr/>
      <w:tcPr>
        <w:shd w:val="clear" w:color="auto" w:fill="A7BFDE" w:themeFill="accent1" w:themeFillTint="7F"/>
      </w:tcPr>
    </w:tblStylePr>
    <w:tblStylePr w:type="lastCol">
      <w:rPr>
        <w:b w:val="1"/>
        <w:bCs w:val="1"/>
      </w:rPr>
    </w:tblStylePr>
    <w:tblStylePr w:type="band1Vert">
      <w:tblPr/>
      <w:tcPr>
        <w:shd w:val="clear" w:color="auto" w:fill="A7BFDE" w:themeFill="accent1" w:themeFillTint="7F"/>
      </w:tcPr>
    </w:tblStyle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7BA0CD" w:themeColor="accent1" w:themeTint="BF" w:sz="18" w:space="0"/>
        </w:tcBorders>
      </w:tcPr>
    </w:tblStylePr>
  </w:style>
  <w:style w:type="character" w:styleId="0000bb" w:customStyle="1">
    <w:name w:val="Heading 1 Char"/>
    <w:basedOn w:val="0000cc"/>
    <w:link w:val="0000ba"/>
    <w:uiPriority w:val="9"/>
    <w:rsid w:val="00FC693F"/>
    <w:rPr>
      <w:rFonts w:asciiTheme="majorHAnsi" w:hAnsiTheme="majorHAnsi" w:eastAsiaTheme="majorEastAsia" w:cstheme="majorBidi"/>
      <w:b w:val="1"/>
      <w:bCs w:val="1"/>
      <w:color w:val="365F91" w:themeColor="accent1" w:themeShade="BF"/>
      <w:sz w:val="28"/>
      <w:szCs w:val="28"/>
    </w:rPr>
  </w:style>
  <w:style w:type="paragraph" w:styleId="0000e6">
    <w:name w:val="List Continue 3"/>
    <w:basedOn w:val="0000b9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0000c2">
    <w:name w:val="heading 5"/>
    <w:basedOn w:val="0000b9"/>
    <w:next w:val="0000b9"/>
    <w:link w:val="0000c3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table" w:styleId="00013f">
    <w:name w:val="Dark List Accent 2"/>
    <w:basedOn w:val="0000cd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paragraph" w:styleId="0000e1">
    <w:name w:val="List Number"/>
    <w:basedOn w:val="0000b9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0000db">
    <w:name w:val="List"/>
    <w:basedOn w:val="0000b9"/>
    <w:uiPriority w:val="99"/>
    <w:unhideWhenUsed w:val="1"/>
    <w:rsid w:val="00AA1D8D"/>
    <w:pPr>
      <w:ind w:left="360" w:hanging="360"/>
      <w:contextualSpacing w:val="1"/>
    </w:pPr>
  </w:style>
  <w:style w:type="character" w:styleId="0000f4">
    <w:name w:val="Book Title"/>
    <w:basedOn w:val="0000cc"/>
    <w:uiPriority w:val="33"/>
    <w:qFormat w:val="1"/>
    <w:rsid w:val="00FC693F"/>
    <w:rPr>
      <w:b w:val="1"/>
      <w:bCs w:val="1"/>
      <w:smallCaps w:val="1"/>
      <w:spacing w:val="5"/>
    </w:rPr>
  </w:style>
  <w:style w:type="table" w:styleId="000101">
    <w:name w:val="Light List Accent 3"/>
    <w:basedOn w:val="0000cd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shd w:val="clear" w:color="auto" w:fill="9BBB59" w:themeFill="accent3"/>
      </w:tcPr>
    </w:tblStylePr>
  </w:style>
  <w:style w:type="table" w:styleId="000104">
    <w:name w:val="Light List Accent 6"/>
    <w:basedOn w:val="0000cd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  <w:bCs w:val="1"/>
      </w:rPr>
    </w:tblStylePr>
    <w:tblStylePr w:type="firstCol">
      <w:rPr>
        <w:b w:val="1"/>
        <w:bCs w:val="1"/>
      </w:r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00011d">
    <w:name w:val="Medium List 1 Accent 3"/>
    <w:basedOn w:val="0000cd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auto" w:fill="E6EED5" w:themeFill="accent3" w:themeFillTint="3F"/>
      </w:tcPr>
    </w:tblStylePr>
    <w:tblStylePr w:type="band1Vert">
      <w:tblPr/>
      <w:tcPr>
        <w:shd w:val="clear" w:color="auto" w:fill="E6EED5" w:themeFill="accent3" w:themeFillTint="3F"/>
      </w:tc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</w:style>
  <w:style w:type="table" w:styleId="000115">
    <w:name w:val="Medium Shading 2 Accent 2"/>
    <w:basedOn w:val="0000cd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</w:style>
  <w:style w:type="paragraph" w:styleId="0000c6">
    <w:name w:val="heading 7"/>
    <w:basedOn w:val="0000b9"/>
    <w:next w:val="0000b9"/>
    <w:link w:val="0000c7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6"/>
    </w:pPr>
    <w:rPr>
      <w:rFonts w:asciiTheme="majorHAnsi" w:hAnsiTheme="majorHAnsi" w:eastAsiaTheme="majorEastAsia" w:cstheme="majorBidi"/>
      <w:i w:val="1"/>
      <w:iCs w:val="1"/>
      <w:color w:val="404040" w:themeColor="text1" w:themeTint="BF"/>
    </w:rPr>
  </w:style>
  <w:style w:type="table" w:styleId="000107">
    <w:name w:val="Light Grid Accent 2"/>
    <w:basedOn w:val="0000cd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</w:style>
  <w:style w:type="table" w:styleId="000110">
    <w:name w:val="Medium Shading 1 Accent 4"/>
    <w:basedOn w:val="0000cd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1Vert">
      <w:tblPr/>
      <w:tcPr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lastCol">
      <w:rPr>
        <w:b w:val="1"/>
        <w:bCs w:val="1"/>
      </w:rPr>
    </w:tblStylePr>
  </w:style>
  <w:style w:type="table" w:styleId="00011f">
    <w:name w:val="Medium List 1 Accent 5"/>
    <w:basedOn w:val="0000cd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auto" w:fill="D2EAF1" w:themeFill="accent5" w:themeFillTint="3F"/>
      </w:tcPr>
    </w:tblStylePr>
    <w:tblStylePr w:type="lastCol">
      <w:rPr>
        <w:b w:val="1"/>
        <w:bCs w:val="1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band1Horz">
      <w:tblPr/>
      <w:tcPr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</w:style>
  <w:style w:type="table" w:styleId="00010f">
    <w:name w:val="Medium Shading 1 Accent 3"/>
    <w:basedOn w:val="0000cd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 w:val="1"/>
        <w:bCs w:val="1"/>
      </w:r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1Vert">
      <w:tblPr/>
      <w:tcPr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000112">
    <w:name w:val="Medium Shading 1 Accent 6"/>
    <w:basedOn w:val="0000cd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lastCol">
      <w:rPr>
        <w:b w:val="1"/>
        <w:bCs w:val="1"/>
      </w:r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1Vert">
      <w:tblPr/>
      <w:tcPr>
        <w:shd w:val="clear" w:color="auto" w:fill="FDE4D0" w:themeFill="accent6" w:themeFillTint="3F"/>
      </w:tcPr>
    </w:tblStylePr>
  </w:style>
  <w:style w:type="paragraph" w:styleId="0000de">
    <w:name w:val="List Bullet"/>
    <w:basedOn w:val="0000b9"/>
    <w:uiPriority w:val="99"/>
    <w:unhideWhenUsed w:val="1"/>
    <w:rsid w:val="00326F90"/>
    <w:pPr>
      <w:numPr>
        <w:numId w:val="6"/>
      </w:numPr>
      <w:contextualSpacing w:val="1"/>
    </w:pPr>
  </w:style>
  <w:style w:type="table" w:styleId="00012a">
    <w:name w:val="Medium Grid 1 Accent 2"/>
    <w:basedOn w:val="0000cd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Col">
      <w:rPr>
        <w:b w:val="1"/>
        <w:bCs w:val="1"/>
      </w:rPr>
    </w:tblStylePr>
    <w:tblStylePr w:type="band1Horz">
      <w:tblPr/>
      <w:tcPr>
        <w:shd w:val="clear" w:color="auto" w:fill="DFA7A6" w:themeFill="accent2" w:themeFillTint="7F"/>
      </w:tc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CF7B79" w:themeColor="accent2" w:themeTint="BF" w:sz="18" w:space="0"/>
        </w:tcBorders>
      </w:tcPr>
    </w:tblStylePr>
    <w:tblStylePr w:type="band1Vert">
      <w:tblPr/>
      <w:tcPr>
        <w:shd w:val="clear" w:color="auto" w:fill="DFA7A6" w:themeFill="accent2" w:themeFillTint="7F"/>
      </w:tcPr>
    </w:tblStylePr>
  </w:style>
  <w:style w:type="table" w:styleId="00012f">
    <w:name w:val="Medium Grid 2"/>
    <w:basedOn w:val="0000cd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lastRow">
      <w:rPr>
        <w:b w:val="1"/>
        <w:bCs w:val="1"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Row">
      <w:rPr>
        <w:b w:val="1"/>
        <w:bCs w:val="1"/>
        <w:color w:val="000000" w:themeColor="text1"/>
      </w:rPr>
      <w:tblPr/>
      <w:tcPr>
        <w:shd w:val="clear" w:color="auto" w:fill="E6E6E6" w:themeFill="text1" w:themeFillTint="19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</w:style>
  <w:style w:type="table" w:styleId="0000fe">
    <w:name w:val="Light List"/>
    <w:basedOn w:val="0000cd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shd w:val="clear" w:color="auto" w:fill="000000" w:themeFill="text1"/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  <w:bCs w:val="1"/>
      </w:r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000142">
    <w:name w:val="Dark List Accent 5"/>
    <w:basedOn w:val="0000cd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</w:style>
  <w:style w:type="table" w:styleId="000152">
    <w:name w:val="Colorful Grid"/>
    <w:basedOn w:val="0000cd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 w:val="1"/>
        <w:bCs w:val="1"/>
      </w:rPr>
      <w:tblPr/>
      <w:tcPr>
        <w:shd w:val="clear" w:color="auto" w:fill="999999" w:themeFill="text1" w:themeFillTint="66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Row">
      <w:rPr>
        <w:b w:val="1"/>
        <w:bCs w:val="1"/>
        <w:color w:val="000000" w:themeColor="text1"/>
      </w:rPr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000100">
    <w:name w:val="Light List Accent 2"/>
    <w:basedOn w:val="0000cd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shd w:val="clear" w:color="auto" w:fill="C0504D" w:themeFill="accent2"/>
      </w:tcPr>
    </w:tblStylePr>
    <w:tblStylePr w:type="firstCol">
      <w:rPr>
        <w:b w:val="1"/>
        <w:bCs w:val="1"/>
      </w:r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000149">
    <w:name w:val="Colorful Shading Accent 5"/>
    <w:basedOn w:val="0000cd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band1Vert">
      <w:tblPr/>
      <w:tcPr>
        <w:shd w:val="clear" w:color="auto" w:fill="B6DDE8" w:themeFill="accent5" w:themeFillTint="66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band1Horz">
      <w:tblPr/>
      <w:tcPr>
        <w:shd w:val="clear" w:color="auto" w:fill="A5D5E2" w:themeFill="accent5" w:themeFillTint="7F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rPr>
        <w:color w:val="000000" w:themeColor="text1"/>
      </w:r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neCell">
      <w:rPr>
        <w:color w:val="000000" w:themeColor="text1"/>
      </w:rPr>
    </w:tblStylePr>
  </w:style>
  <w:style w:type="table" w:styleId="00012e">
    <w:name w:val="Medium Grid 1 Accent 6"/>
    <w:basedOn w:val="0000cd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lastRow">
      <w:rPr>
        <w:b w:val="1"/>
        <w:bCs w:val="1"/>
      </w:rPr>
      <w:tblPr/>
      <w:tcPr>
        <w:tcBorders>
          <w:top w:val="single" w:color="F9B074" w:themeColor="accent6" w:themeTint="BF" w:sz="18" w:space="0"/>
        </w:tcBorders>
      </w:tcPr>
    </w:tblStyle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lastCol">
      <w:rPr>
        <w:b w:val="1"/>
        <w:bCs w:val="1"/>
      </w:rPr>
    </w:tblStylePr>
    <w:tblStylePr w:type="firstRow">
      <w:rPr>
        <w:b w:val="1"/>
        <w:bCs w:val="1"/>
      </w:rPr>
    </w:tblStylePr>
    <w:tblStylePr w:type="firstCol">
      <w:rPr>
        <w:b w:val="1"/>
        <w:bCs w:val="1"/>
      </w:rPr>
    </w:tblStylePr>
  </w:style>
  <w:style w:type="table" w:styleId="000143">
    <w:name w:val="Dark List Accent 6"/>
    <w:basedOn w:val="0000cd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</w:style>
  <w:style w:type="table" w:styleId="000144">
    <w:name w:val="Colorful Shading"/>
    <w:basedOn w:val="0000cd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nwCell">
      <w:rPr>
        <w:color w:val="000000" w:themeColor="text1"/>
      </w:r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lastRow">
      <w:rPr>
        <w:b w:val="1"/>
        <w:bCs w:val="1"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band1Vert">
      <w:tblPr/>
      <w:tcPr>
        <w:shd w:val="clear" w:color="auto" w:fill="999999" w:themeFill="text1" w:themeFillTint="66"/>
      </w:tcPr>
    </w:tblStylePr>
  </w:style>
  <w:style w:type="table" w:styleId="00011c">
    <w:name w:val="Medium List 1 Accent 2"/>
    <w:basedOn w:val="0000cd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b w:val="1"/>
        <w:bCs w:val="1"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band1Horz">
      <w:tblPr/>
      <w:tcPr>
        <w:shd w:val="clear" w:color="auto" w:fill="EFD3D2" w:themeFill="accent2" w:themeFillTint="3F"/>
      </w:tcPr>
    </w:tblStylePr>
    <w:tblStylePr w:type="band1Vert">
      <w:tblPr/>
      <w:tcPr>
        <w:shd w:val="clear" w:color="auto" w:fill="EFD3D2" w:themeFill="accent2" w:themeFillTint="3F"/>
      </w:tcPr>
    </w:tblStylePr>
    <w:tblStylePr w:type="lastCol">
      <w:rPr>
        <w:b w:val="1"/>
        <w:bCs w:val="1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</w:style>
  <w:style w:type="character" w:styleId="0000c7" w:customStyle="1">
    <w:name w:val="Heading 7 Char"/>
    <w:basedOn w:val="0000cc"/>
    <w:link w:val="0000c6"/>
    <w:uiPriority w:val="9"/>
    <w:semiHidden w:val="1"/>
    <w:rsid w:val="00FC693F"/>
    <w:rPr>
      <w:rFonts w:asciiTheme="majorHAnsi" w:hAnsiTheme="majorHAnsi" w:eastAsiaTheme="majorEastAsia" w:cstheme="majorBidi"/>
      <w:i w:val="1"/>
      <w:iCs w:val="1"/>
      <w:color w:val="404040" w:themeColor="text1" w:themeTint="BF"/>
    </w:rPr>
  </w:style>
  <w:style w:type="paragraph" w:styleId="0000c8">
    <w:name w:val="heading 8"/>
    <w:basedOn w:val="0000b9"/>
    <w:next w:val="0000b9"/>
    <w:link w:val="0000c9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table" w:styleId="0000fb">
    <w:name w:val="Light Shading Accent 4"/>
    <w:basedOn w:val="0000cd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b w:val="1"/>
        <w:bCs w:val="1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Col">
      <w:rPr>
        <w:b w:val="1"/>
        <w:bCs w:val="1"/>
      </w:r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</w:style>
  <w:style w:type="numbering" w:styleId="0000ce" w:default="1">
    <w:name w:val="No List"/>
    <w:uiPriority w:val="99"/>
    <w:semiHidden w:val="1"/>
    <w:unhideWhenUsed w:val="1"/>
  </w:style>
  <w:style w:type="table" w:styleId="000137">
    <w:name w:val="Medium Grid 3 Accent 1"/>
    <w:basedOn w:val="0000cd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</w:style>
  <w:style w:type="table" w:styleId="000154">
    <w:name w:val="Colorful Grid Accent 2"/>
    <w:basedOn w:val="0000cd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lastRow">
      <w:rPr>
        <w:b w:val="1"/>
        <w:bCs w:val="1"/>
        <w:color w:val="000000" w:themeColor="text1"/>
      </w:rPr>
      <w:tblPr/>
      <w:tcPr>
        <w:shd w:val="clear" w:color="auto" w:fill="E5B8B7" w:themeFill="accent2" w:themeFillTint="66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Horz">
      <w:tblPr/>
      <w:tcPr>
        <w:shd w:val="clear" w:color="auto" w:fill="DFA7A6" w:themeFill="accent2" w:themeFillTint="7F"/>
      </w:tcPr>
    </w:tblStylePr>
    <w:tblStylePr w:type="firstRow">
      <w:rPr>
        <w:b w:val="1"/>
        <w:bCs w:val="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</w:style>
  <w:style w:type="character" w:styleId="0000ec">
    <w:name w:val="Strong"/>
    <w:basedOn w:val="0000cc"/>
    <w:uiPriority w:val="22"/>
    <w:qFormat w:val="1"/>
    <w:rsid w:val="00FC693F"/>
    <w:rPr>
      <w:b w:val="1"/>
      <w:bCs w:val="1"/>
    </w:rPr>
  </w:style>
  <w:style w:type="table" w:styleId="000120">
    <w:name w:val="Medium List 1 Accent 6"/>
    <w:basedOn w:val="0000cd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band1Horz">
      <w:tblPr/>
      <w:tcPr>
        <w:shd w:val="clear" w:color="auto" w:fill="FDE4D0" w:themeFill="accent6" w:themeFillTint="3F"/>
      </w:tcPr>
    </w:tblStylePr>
    <w:tblStylePr w:type="lastCol">
      <w:rPr>
        <w:b w:val="1"/>
        <w:bCs w:val="1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</w:style>
  <w:style w:type="table" w:styleId="000147">
    <w:name w:val="Colorful Shading Accent 3"/>
    <w:basedOn w:val="0000cd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000130">
    <w:name w:val="Medium Grid 2 Accent 1"/>
    <w:basedOn w:val="0000cd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Col">
      <w:rPr>
        <w:b w:val="1"/>
        <w:bCs w:val="1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  <w:tblStylePr w:type="firstRow">
      <w:rPr>
        <w:b w:val="1"/>
        <w:bCs w:val="1"/>
        <w:color w:val="000000" w:themeColor="text1"/>
      </w:rPr>
      <w:tblPr/>
      <w:tcPr>
        <w:shd w:val="clear" w:color="auto" w:fill="EDF2F8" w:themeFill="accent1" w:themeFillTint="19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</w:style>
  <w:style w:type="table" w:styleId="00010b">
    <w:name w:val="Light Grid Accent 6"/>
    <w:basedOn w:val="0000cd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</w:style>
  <w:style w:type="paragraph" w:styleId="0000b9" w:default="1">
    <w:name w:val="Normal"/>
    <w:qFormat w:val="1"/>
    <w:rsid w:val="00FC693F"/>
  </w:style>
  <w:style w:type="table" w:styleId="000157">
    <w:name w:val="Colorful Grid Accent 5"/>
    <w:basedOn w:val="0000cd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band1Vert">
      <w:tblPr/>
      <w:tcPr>
        <w:shd w:val="clear" w:color="auto" w:fill="A5D5E2" w:themeFill="accent5" w:themeFillTint="7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Horz">
      <w:tblPr/>
      <w:tcPr>
        <w:shd w:val="clear" w:color="auto" w:fill="A5D5E2" w:themeFill="accent5" w:themeFillTint="7F"/>
      </w:tcPr>
    </w:tblStylePr>
    <w:tblStylePr w:type="firstRow">
      <w:rPr>
        <w:b w:val="1"/>
        <w:bCs w:val="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Row">
      <w:rPr>
        <w:b w:val="1"/>
        <w:bCs w:val="1"/>
        <w:color w:val="000000" w:themeColor="text1"/>
      </w:rPr>
      <w:tblPr/>
      <w:tcPr>
        <w:shd w:val="clear" w:color="auto" w:fill="B6DDE8" w:themeFill="accent5" w:themeFillTint="66"/>
      </w:tcPr>
    </w:tblStylePr>
  </w:style>
  <w:style w:type="paragraph" w:styleId="0000e4">
    <w:name w:val="List Continue"/>
    <w:basedOn w:val="0000b9"/>
    <w:uiPriority w:val="99"/>
    <w:unhideWhenUsed w:val="1"/>
    <w:rsid w:val="0029639D"/>
    <w:pPr>
      <w:spacing w:after="120"/>
      <w:ind w:left="360"/>
      <w:contextualSpacing w:val="1"/>
    </w:pPr>
  </w:style>
  <w:style w:type="table" w:styleId="0000fa">
    <w:name w:val="Light Shading Accent 3"/>
    <w:basedOn w:val="0000cd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paragraph" w:styleId="0000be">
    <w:name w:val="heading 3"/>
    <w:basedOn w:val="0000b9"/>
    <w:next w:val="0000b9"/>
    <w:link w:val="0000bf"/>
    <w:uiPriority w:val="9"/>
    <w:unhideWhenUsed w:val="1"/>
    <w:qFormat w:val="1"/>
    <w:rsid w:val="00FC693F"/>
    <w:pPr>
      <w:keepNext w:val="1"/>
      <w:keepLines w:val="1"/>
      <w:spacing w:before="200" w:after="0"/>
      <w:outlineLvl w:val="2"/>
    </w:pPr>
    <w:rPr>
      <w:rFonts w:asciiTheme="majorHAnsi" w:hAnsiTheme="majorHAnsi" w:eastAsiaTheme="majorEastAsia" w:cstheme="majorBidi"/>
      <w:b w:val="1"/>
      <w:bCs w:val="1"/>
      <w:color w:val="4F81BD" w:themeColor="accent1"/>
    </w:rPr>
  </w:style>
  <w:style w:type="paragraph" w:styleId="0000d4">
    <w:name w:val="List Paragraph"/>
    <w:basedOn w:val="0000b9"/>
    <w:uiPriority w:val="34"/>
    <w:qFormat w:val="1"/>
    <w:rsid w:val="00FC693F"/>
    <w:pPr>
      <w:ind w:left="720"/>
      <w:contextualSpacing w:val="1"/>
    </w:pPr>
  </w:style>
  <w:style w:type="character" w:styleId="0000cc" w:default="1">
    <w:name w:val="Default Paragraph Font"/>
    <w:uiPriority w:val="1"/>
    <w:semiHidden w:val="1"/>
    <w:unhideWhenUsed w:val="1"/>
  </w:style>
  <w:style w:type="character" w:styleId="0000d1" w:customStyle="1">
    <w:name w:val="Title Char"/>
    <w:basedOn w:val="0000cc"/>
    <w:link w:val="0000d0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000145">
    <w:name w:val="Colorful Shading Accent 1"/>
    <w:basedOn w:val="0000cd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nwCell">
      <w:rPr>
        <w:color w:val="000000" w:themeColor="text1"/>
      </w:rPr>
    </w:tblStylePr>
    <w:tblStylePr w:type="lastRow">
      <w:rPr>
        <w:b w:val="1"/>
        <w:bCs w:val="1"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</w:style>
  <w:style w:type="table" w:styleId="000121">
    <w:name w:val="Medium List 2"/>
    <w:basedOn w:val="0000cd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swCell">
      <w:tblPr/>
      <w:tcPr>
        <w:tcBorders>
          <w:top w:val="nil"/>
        </w:tcBorders>
      </w:tcPr>
    </w:tblStyle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</w:style>
  <w:style w:type="character" w:styleId="0000d8" w:customStyle="1">
    <w:name w:val="Body Text 2 Char"/>
    <w:basedOn w:val="0000cc"/>
    <w:link w:val="0000d7"/>
    <w:uiPriority w:val="99"/>
    <w:rsid w:val="00AA1D8D"/>
  </w:style>
  <w:style w:type="table" w:styleId="00010c">
    <w:name w:val="Medium Shading 1"/>
    <w:basedOn w:val="0000cd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Vert">
      <w:tblPr/>
      <w:tcPr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la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 w:val="1"/>
        <w:bCs w:val="1"/>
      </w:rPr>
    </w:tblStylePr>
  </w:style>
  <w:style w:type="table" w:styleId="00013d">
    <w:name w:val="Dark List"/>
    <w:basedOn w:val="0000cd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</w:style>
  <w:style w:type="table" w:styleId="000153">
    <w:name w:val="Colorful Grid Accent 1"/>
    <w:basedOn w:val="0000cd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 w:val="1"/>
        <w:bCs w:val="1"/>
      </w:rPr>
      <w:tblPr/>
      <w:tcPr>
        <w:shd w:val="clear" w:color="auto" w:fill="B8CCE4" w:themeFill="accent1" w:themeFillTint="66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lastRow">
      <w:rPr>
        <w:b w:val="1"/>
        <w:bCs w:val="1"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0000e3">
    <w:name w:val="List Number 3"/>
    <w:basedOn w:val="0000b9"/>
    <w:uiPriority w:val="99"/>
    <w:unhideWhenUsed w:val="1"/>
    <w:rsid w:val="0029639D"/>
    <w:pPr>
      <w:numPr>
        <w:numId w:val="3"/>
      </w:numPr>
      <w:contextualSpacing w:val="1"/>
    </w:pPr>
  </w:style>
  <w:style w:type="character" w:styleId="0000e8" w:customStyle="1">
    <w:name w:val="Macro Text Char"/>
    <w:basedOn w:val="0000cc"/>
    <w:link w:val="0000e7"/>
    <w:uiPriority w:val="99"/>
    <w:rsid w:val="0029639D"/>
    <w:rPr>
      <w:rFonts w:ascii="Courier" w:hAnsi="Courier"/>
      <w:sz w:val="20"/>
      <w:szCs w:val="20"/>
    </w:rPr>
  </w:style>
  <w:style w:type="table" w:styleId="00014b">
    <w:name w:val="Colorful List"/>
    <w:basedOn w:val="0000cd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lastCol">
      <w:rPr>
        <w:b w:val="1"/>
        <w:bCs w:val="1"/>
      </w:rPr>
    </w:tblStylePr>
    <w:tblStylePr w:type="firstRow">
      <w:rPr>
        <w:b w:val="1"/>
        <w:bCs w:val="1"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band1Horz">
      <w:tblPr/>
      <w:tcPr>
        <w:shd w:val="clear" w:color="auto" w:fill="CCCCCC" w:themeFill="text1" w:themeFillTint="33"/>
      </w:tcPr>
    </w:tblStylePr>
    <w:tblStylePr w:type="firstCol">
      <w:rPr>
        <w:b w:val="1"/>
        <w:bCs w:val="1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lastRow">
      <w:rPr>
        <w:b w:val="1"/>
        <w:bCs w:val="1"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paragraph" w:styleId="0000d2">
    <w:name w:val="Subtitle"/>
    <w:basedOn w:val="0000b9"/>
    <w:next w:val="0000b9"/>
    <w:link w:val="0000d3"/>
    <w:uiPriority w:val="11"/>
    <w:qFormat w:val="1"/>
    <w:rsid w:val="00FC693F"/>
    <w:pPr>
      <w:numPr>
        <w:ilvl w:val="1"/>
      </w:numPr>
    </w:pPr>
    <w:rPr>
      <w:rFonts w:asciiTheme="majorHAnsi" w:hAnsiTheme="majorHAnsi" w:eastAsiaTheme="majorEastAsia" w:cstheme="majorBidi"/>
      <w:i w:val="1"/>
      <w:iCs w:val="1"/>
      <w:color w:val="4F81BD" w:themeColor="accent1"/>
      <w:spacing w:val="15"/>
      <w:sz w:val="24"/>
      <w:szCs w:val="24"/>
    </w:rPr>
  </w:style>
  <w:style w:type="table" w:styleId="00013a">
    <w:name w:val="Medium Grid 3 Accent 4"/>
    <w:basedOn w:val="0000cd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</w:style>
  <w:style w:type="table" w:styleId="0000f6">
    <w:name w:val="Table Grid"/>
    <w:basedOn w:val="0000cd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000148">
    <w:name w:val="Colorful Shading Accent 4"/>
    <w:basedOn w:val="0000cd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neCell">
      <w:rPr>
        <w:color w:val="000000" w:themeColor="text1"/>
      </w:rPr>
    </w:tblStylePr>
    <w:tblStylePr w:type="firstRow">
      <w:rPr>
        <w:b w:val="1"/>
        <w:bCs w:val="1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nwCell">
      <w:rPr>
        <w:color w:val="000000" w:themeColor="text1"/>
      </w:rPr>
    </w:tblStylePr>
  </w:style>
  <w:style w:type="table" w:styleId="00012b">
    <w:name w:val="Medium Grid 1 Accent 3"/>
    <w:basedOn w:val="0000cd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band1Vert">
      <w:tblPr/>
      <w:tcPr>
        <w:shd w:val="clear" w:color="auto" w:fill="CDDDAC" w:themeFill="accent3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band1Horz">
      <w:tblPr/>
      <w:tcPr>
        <w:shd w:val="clear" w:color="auto" w:fill="CDDDAC" w:themeFill="accent3" w:themeFillTint="7F"/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B3CC82" w:themeColor="accent3" w:themeTint="BF" w:sz="18" w:space="0"/>
        </w:tcBorders>
      </w:tcPr>
    </w:tblStylePr>
  </w:style>
  <w:style w:type="table" w:styleId="00014c">
    <w:name w:val="Colorful List Accent 1"/>
    <w:basedOn w:val="0000cd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band1Horz">
      <w:tblPr/>
      <w:tcPr>
        <w:shd w:val="clear" w:color="auto" w:fill="DBE5F1" w:themeFill="accent1" w:themeFillTint="33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lastRow">
      <w:rPr>
        <w:b w:val="1"/>
        <w:bCs w:val="1"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lastCol">
      <w:rPr>
        <w:b w:val="1"/>
        <w:bCs w:val="1"/>
      </w:rPr>
    </w:tblStylePr>
    <w:tblStylePr w:type="firstRow">
      <w:rPr>
        <w:b w:val="1"/>
        <w:bCs w:val="1"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3" Type="http://schemas.openxmlformats.org/officeDocument/2006/relationships/theme" Target="theme/theme1.xml" /><Relationship Id="rId4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2026-07-29T08:47:25Z</dcterms:created>
  <dcterms:modified xsi:type="dcterms:W3CDTF">2026-07-29T08:47:25Z</dcterms:modified>
</cp:coreProperties>
</file>