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80"/>
        <w:jc w:val="center"/>
      </w:pPr>
      <w:r>
        <w:rPr>
          <w:rFonts w:ascii="微软雅黑" w:hAnsi="微软雅黑" w:eastAsia="微软雅黑"/>
          <w:b/>
          <w:color w:val="2F6B6B"/>
          <w:sz w:val="44"/>
        </w:rPr>
        <w:t>个人情绪能量管理系统</w:t>
      </w:r>
    </w:p>
    <w:p>
      <w:pPr>
        <w:spacing w:before="80" w:after="160"/>
        <w:ind w:left="432" w:right="432"/>
        <w:shd w:val="clear" w:color="auto" w:fill="E8F1F1"/>
      </w:pPr>
      <w:r>
        <w:rPr>
          <w:rFonts w:ascii="微软雅黑" w:hAnsi="微软雅黑" w:eastAsia="微软雅黑"/>
          <w:i/>
          <w:color w:val="1F3A4D"/>
          <w:sz w:val="21"/>
        </w:rPr>
        <w:t>你不是情绪不稳定，是能量见底了。&lt;br&gt;这套系统不教你"控制情绪"，教你像管手机电量一样，管好自己的情绪能量。</w:t>
      </w:r>
    </w:p>
    <w:p>
      <w:pPr>
        <w:spacing w:before="200" w:after="80"/>
        <w:pBdr>
          <w:bottom w:val="single" w:sz="6" w:space="2" w:color="2F6B6B"/>
        </w:pBdr>
      </w:pPr>
      <w:r>
        <w:rPr>
          <w:rFonts w:ascii="微软雅黑" w:hAnsi="微软雅黑" w:eastAsia="微软雅黑"/>
          <w:b/>
          <w:color w:val="1F3A4D"/>
          <w:sz w:val="30"/>
        </w:rPr>
        <w:t>写在前面：情绪是能量，不是敌人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很多人以为情绪管理就是"别生气、别焦虑、别难过"，把情绪当敌人压下去。结果越压越累，因为——</w:t>
      </w:r>
      <w:r>
        <w:rPr>
          <w:rFonts w:ascii="微软雅黑" w:hAnsi="微软雅黑" w:eastAsia="微软雅黑"/>
          <w:b/>
          <w:color w:val="2D2D2D"/>
          <w:sz w:val="22"/>
        </w:rPr>
        <w:t>情绪本身不是问题，它是你身体发出的能量信号。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高兴、专注、有干劲 = 高能量状态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疲惫、烦躁、提不起劲 = 低能量状态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焦虑、易怒、坐不住 = 能量在乱窜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情绪管理真正的目标，从来不是"消灭负面情绪"，而是</w:t>
      </w:r>
      <w:r>
        <w:rPr>
          <w:rFonts w:ascii="微软雅黑" w:hAnsi="微软雅黑" w:eastAsia="微软雅黑"/>
          <w:b/>
          <w:color w:val="2D2D2D"/>
          <w:sz w:val="22"/>
        </w:rPr>
        <w:t>看懂自己的能量状态，知道该在哪里省电、哪里充电</w:t>
      </w:r>
      <w:r>
        <w:rPr>
          <w:rFonts w:ascii="微软雅黑" w:hAnsi="微软雅黑" w:eastAsia="微软雅黑"/>
          <w:color w:val="2D2D2D"/>
          <w:sz w:val="22"/>
        </w:rPr>
        <w:t>。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就像手机：你不会因为电量低而骂手机"没用"，你会去找充电器。情绪也一样。</w:t>
      </w:r>
    </w:p>
    <w:p>
      <w:pPr>
        <w:spacing w:before="200" w:after="80"/>
        <w:pBdr>
          <w:bottom w:val="single" w:sz="6" w:space="2" w:color="2F6B6B"/>
        </w:pBdr>
      </w:pPr>
      <w:r>
        <w:rPr>
          <w:rFonts w:ascii="微软雅黑" w:hAnsi="微软雅黑" w:eastAsia="微软雅黑"/>
          <w:b/>
          <w:color w:val="1F3A4D"/>
          <w:sz w:val="30"/>
        </w:rPr>
        <w:t>第一模块：看懂你的能量（觉察）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1. 能量四象限：一眼看清你在哪个状态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把情绪用两个维度拆开——</w:t>
      </w:r>
      <w:r>
        <w:rPr>
          <w:rFonts w:ascii="微软雅黑" w:hAnsi="微软雅黑" w:eastAsia="微软雅黑"/>
          <w:b/>
          <w:color w:val="2D2D2D"/>
          <w:sz w:val="22"/>
        </w:rPr>
        <w:t>能量高低</w:t>
      </w:r>
      <w:r>
        <w:rPr>
          <w:rFonts w:ascii="微软雅黑" w:hAnsi="微软雅黑" w:eastAsia="微软雅黑"/>
          <w:color w:val="2D2D2D"/>
          <w:sz w:val="22"/>
        </w:rPr>
        <w:t>（有劲没劲）和</w:t>
      </w:r>
      <w:r>
        <w:rPr>
          <w:rFonts w:ascii="微软雅黑" w:hAnsi="微软雅黑" w:eastAsia="微软雅黑"/>
          <w:b/>
          <w:color w:val="2D2D2D"/>
          <w:sz w:val="22"/>
        </w:rPr>
        <w:t>感受正负</w:t>
      </w:r>
      <w:r>
        <w:rPr>
          <w:rFonts w:ascii="微软雅黑" w:hAnsi="微软雅黑" w:eastAsia="微软雅黑"/>
          <w:color w:val="2D2D2D"/>
          <w:sz w:val="22"/>
        </w:rPr>
        <w:t>（舒服难受），就得到四个象限：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2F6B6B"/>
          </w:tcPr>
          <w:p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象限</w:t>
            </w:r>
          </w:p>
        </w:tc>
        <w:tc>
          <w:tcPr>
            <w:tcW w:type="dxa" w:w="2160"/>
            <w:shd w:val="clear" w:color="auto" w:fill="2F6B6B"/>
          </w:tcPr>
          <w:p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状态</w:t>
            </w:r>
          </w:p>
        </w:tc>
        <w:tc>
          <w:tcPr>
            <w:tcW w:type="dxa" w:w="2160"/>
            <w:shd w:val="clear" w:color="auto" w:fill="2F6B6B"/>
          </w:tcPr>
          <w:p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典型表现</w:t>
            </w:r>
          </w:p>
        </w:tc>
        <w:tc>
          <w:tcPr>
            <w:tcW w:type="dxa" w:w="2160"/>
            <w:shd w:val="clear" w:color="auto" w:fill="2F6B6B"/>
          </w:tcPr>
          <w:p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该做什么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高能量·正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最佳区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专注、有创造力、愿意行动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做最重要、最难的事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高能量·负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焦虑区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易怒、坐不住、脑子乱转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先降噪，别急着做决定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低能量·正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修复区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平静、放松、想休息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休息、恢复、充电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低能量·负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耗竭区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疲惫、麻木、提不起劲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停止硬扛，立刻补给</w:t>
            </w:r>
          </w:p>
        </w:tc>
      </w:tr>
    </w:tbl>
    <w:p>
      <w:pPr>
        <w:spacing w:after="80"/>
      </w:pP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用法</w:t>
      </w:r>
      <w:r>
        <w:rPr>
          <w:rFonts w:ascii="微软雅黑" w:hAnsi="微软雅黑" w:eastAsia="微软雅黑"/>
          <w:color w:val="2D2D2D"/>
          <w:sz w:val="22"/>
        </w:rPr>
        <w:t>：每次感觉"状态不对"，先花 3 秒判断自己在哪个象限，再决定做什么。别在焦虑区里做重大决定，别在耗竭区里逼自己"再坚持一下"。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2. 每天 3 次"能量打卡"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管理的第一步，是先看见。给自己设 3 个时间点，随手打个能量分（0-10）：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早上 10 点</w:t>
      </w:r>
      <w:r>
        <w:rPr>
          <w:rFonts w:ascii="微软雅黑" w:hAnsi="微软雅黑" w:eastAsia="微软雅黑"/>
          <w:color w:val="2D2D2D"/>
          <w:sz w:val="22"/>
        </w:rPr>
        <w:t>：今天开局怎么样？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下午 3 点</w:t>
      </w:r>
      <w:r>
        <w:rPr>
          <w:rFonts w:ascii="微软雅黑" w:hAnsi="微软雅黑" w:eastAsia="微软雅黑"/>
          <w:color w:val="2D2D2D"/>
          <w:sz w:val="22"/>
        </w:rPr>
        <w:t>：能量在升还是在掉？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晚上 9 点</w:t>
      </w:r>
      <w:r>
        <w:rPr>
          <w:rFonts w:ascii="微软雅黑" w:hAnsi="微软雅黑" w:eastAsia="微软雅黑"/>
          <w:color w:val="2D2D2D"/>
          <w:sz w:val="22"/>
        </w:rPr>
        <w:t>：今天哪个时段最耗、哪个时段最补？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连续记一周，你就能画出自己的</w:t>
      </w:r>
      <w:r>
        <w:rPr>
          <w:rFonts w:ascii="微软雅黑" w:hAnsi="微软雅黑" w:eastAsia="微软雅黑"/>
          <w:b/>
          <w:color w:val="2D2D2D"/>
          <w:sz w:val="22"/>
        </w:rPr>
        <w:t>能量曲线</w:t>
      </w:r>
      <w:r>
        <w:rPr>
          <w:rFonts w:ascii="微软雅黑" w:hAnsi="微软雅黑" w:eastAsia="微软雅黑"/>
          <w:color w:val="2D2D2D"/>
          <w:sz w:val="22"/>
        </w:rPr>
        <w:t>——知道自己几点最清醒、几点最容易崩、什么事最掉电。这套"看见"本身，就已经帮你从"被情绪牵着走"变成"观察情绪"了。</w:t>
      </w:r>
    </w:p>
    <w:p>
      <w:pPr>
        <w:spacing w:before="200" w:after="80"/>
        <w:pBdr>
          <w:bottom w:val="single" w:sz="6" w:space="2" w:color="2F6B6B"/>
        </w:pBdr>
      </w:pPr>
      <w:r>
        <w:rPr>
          <w:rFonts w:ascii="微软雅黑" w:hAnsi="微软雅黑" w:eastAsia="微软雅黑"/>
          <w:b/>
          <w:color w:val="1F3A4D"/>
          <w:sz w:val="30"/>
        </w:rPr>
        <w:t>第二模块：谁在偷走你的能量（识别消耗源）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3. 四个最常见的能量黑洞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不用笼统说"我累"，先找出你到底在哪儿漏电。下面四个，职场女性几乎人人中招：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被动刷屏</w:t>
      </w:r>
      <w:r>
        <w:rPr>
          <w:rFonts w:ascii="微软雅黑" w:hAnsi="微软雅黑" w:eastAsia="微软雅黑"/>
          <w:color w:val="2D2D2D"/>
          <w:sz w:val="22"/>
        </w:rPr>
        <w:t>：刷短视频、刷社交媒体。你以为在放松，其实算法在精准投喂焦虑，越刷越空。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内耗反刍</w:t>
      </w:r>
      <w:r>
        <w:rPr>
          <w:rFonts w:ascii="微软雅黑" w:hAnsi="微软雅黑" w:eastAsia="微软雅黑"/>
          <w:color w:val="2D2D2D"/>
          <w:sz w:val="22"/>
        </w:rPr>
        <w:t>：反复回想已经发生的事——"那句话我是不是说错了""那单是不是没戏了"。事情早过去了，能量还在被反复消耗。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过度共情与讨好</w:t>
      </w:r>
      <w:r>
        <w:rPr>
          <w:rFonts w:ascii="微软雅黑" w:hAnsi="微软雅黑" w:eastAsia="微软雅黑"/>
          <w:color w:val="2D2D2D"/>
          <w:sz w:val="22"/>
        </w:rPr>
        <w:t>：把别人的情绪背到自己身上，不敢拒绝、总想让人满意。你不是充电宝，不能一直给别人充电。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边界模糊</w:t>
      </w:r>
      <w:r>
        <w:rPr>
          <w:rFonts w:ascii="微软雅黑" w:hAnsi="微软雅黑" w:eastAsia="微软雅黑"/>
          <w:color w:val="2D2D2D"/>
          <w:sz w:val="22"/>
        </w:rPr>
        <w:t>：工作生活搅在一起，手机永远在线，谁都能随时打断你。没有"下线"，能量就永远在漏。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4. 找到你自己的"掉电元凶"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在能量日记里，除了打分，再多记一行：</w:t>
      </w:r>
      <w:r>
        <w:rPr>
          <w:rFonts w:ascii="微软雅黑" w:hAnsi="微软雅黑" w:eastAsia="微软雅黑"/>
          <w:b/>
          <w:color w:val="2D2D2D"/>
          <w:sz w:val="22"/>
        </w:rPr>
        <w:t>"今天是什么事让我掉电最快？"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记录一周后回头看，你大概率会发现：真正消耗你的，往往不是大事，而是那几个</w:t>
      </w:r>
      <w:r>
        <w:rPr>
          <w:rFonts w:ascii="微软雅黑" w:hAnsi="微软雅黑" w:eastAsia="微软雅黑"/>
          <w:b/>
          <w:color w:val="2D2D2D"/>
          <w:sz w:val="22"/>
        </w:rPr>
        <w:t>反复出现的小习惯</w:t>
      </w:r>
      <w:r>
        <w:rPr>
          <w:rFonts w:ascii="微软雅黑" w:hAnsi="微软雅黑" w:eastAsia="微软雅黑"/>
          <w:color w:val="2D2D2D"/>
          <w:sz w:val="22"/>
        </w:rPr>
        <w:t>（比如睡前刷手机、开会讨好、消息秒回）。找到它，就是省电的开始。</w:t>
      </w:r>
    </w:p>
    <w:p>
      <w:pPr>
        <w:spacing w:before="200" w:after="80"/>
        <w:pBdr>
          <w:bottom w:val="single" w:sz="6" w:space="2" w:color="2F6B6B"/>
        </w:pBdr>
      </w:pPr>
      <w:r>
        <w:rPr>
          <w:rFonts w:ascii="微软雅黑" w:hAnsi="微软雅黑" w:eastAsia="微软雅黑"/>
          <w:b/>
          <w:color w:val="1F3A4D"/>
          <w:sz w:val="30"/>
        </w:rPr>
        <w:t>第三模块：给能量充电（补给）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5. 能量补给四层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情绪能量不是玄学，它有非常具体的来源，从身体到内心分四层：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① 身体层（底座）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睡眠：能量系统的最底层，睡不好，其他都白搭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阳光：早晨晒 10-20 分钟太阳，校准生物钟、提情绪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运动：散步、游泳、跟练都算，30 分钟就能降皮质醇、提状态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饮食：别靠咖啡硬撑，血糖大起大落也是能量杀手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② 情绪层（连接）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真实关系：和"对的人"聊一句真话，胜过刷 100 条动态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亲近自然：去公园、河边走走，绿色和阳光能实实在在降焦虑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做具体小事：焦虑的反面不是放松，是"完成一件小事"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③ 认知层（降噪）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停止反刍：给"已经过去的事"一个截止点，想不出结果就写下来、移出脑子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分清可控与不可控：只把能量花在你能改变的事上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④ 意义层（内核）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做一件"纯粹不为赚钱"的小事：拼图、做饭、听歌、发呆，大脑需要一段"不为结果"的时间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提醒自己"我是谁"：你不是"今天的业绩"，你是那个还在往前走的、具体的你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6. 3 分钟能量急救（状态崩时立刻用）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感觉情绪要失控、脑子要炸的时候，别急着做决定，先做这套"急救"：</w:t>
      </w:r>
    </w:p>
    <w:p>
      <w:pPr>
        <w:pStyle w:val="ListNumber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离开现场</w:t>
      </w:r>
      <w:r>
        <w:rPr>
          <w:rFonts w:ascii="微软雅黑" w:hAnsi="微软雅黑" w:eastAsia="微软雅黑"/>
          <w:color w:val="2D2D2D"/>
          <w:sz w:val="22"/>
        </w:rPr>
        <w:t>：站起来，换个地方，哪怕是去倒杯水</w:t>
      </w:r>
    </w:p>
    <w:p>
      <w:pPr>
        <w:pStyle w:val="ListNumber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晒太阳 / 看窗外</w:t>
      </w:r>
      <w:r>
        <w:rPr>
          <w:rFonts w:ascii="微软雅黑" w:hAnsi="微软雅黑" w:eastAsia="微软雅黑"/>
          <w:color w:val="2D2D2D"/>
          <w:sz w:val="22"/>
        </w:rPr>
        <w:t>：让眼睛接触自然光 1 分钟</w:t>
      </w:r>
    </w:p>
    <w:p>
      <w:pPr>
        <w:pStyle w:val="ListNumber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慢呼吸</w:t>
      </w:r>
      <w:r>
        <w:rPr>
          <w:rFonts w:ascii="微软雅黑" w:hAnsi="微软雅黑" w:eastAsia="微软雅黑"/>
          <w:color w:val="2D2D2D"/>
          <w:sz w:val="22"/>
        </w:rPr>
        <w:t>：吸 4 秒、屏 4 秒、呼 6 秒，做 4 轮</w:t>
      </w:r>
    </w:p>
    <w:p>
      <w:pPr>
        <w:pStyle w:val="ListNumber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喝口水</w:t>
      </w:r>
      <w:r>
        <w:rPr>
          <w:rFonts w:ascii="微软雅黑" w:hAnsi="微软雅黑" w:eastAsia="微软雅黑"/>
          <w:color w:val="2D2D2D"/>
          <w:sz w:val="22"/>
        </w:rPr>
        <w:t>：给身体一个"我在照顾自己"的物理信号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做完这 3 分钟，你大概率已经比刚才冷静，再决定下一步，就不会被情绪带着跑了。</w:t>
      </w:r>
    </w:p>
    <w:p>
      <w:pPr>
        <w:spacing w:before="200" w:after="80"/>
        <w:pBdr>
          <w:bottom w:val="single" w:sz="6" w:space="2" w:color="2F6B6B"/>
        </w:pBdr>
      </w:pPr>
      <w:r>
        <w:rPr>
          <w:rFonts w:ascii="微软雅黑" w:hAnsi="微软雅黑" w:eastAsia="微软雅黑"/>
          <w:b/>
          <w:color w:val="1F3A4D"/>
          <w:sz w:val="30"/>
        </w:rPr>
        <w:t>第四模块：像管时间一样管能量（日常节律）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7. 把最难的事，放在能量最高的时候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大多数人用"时间表"安排一天，但忽略了——</w:t>
      </w:r>
      <w:r>
        <w:rPr>
          <w:rFonts w:ascii="微软雅黑" w:hAnsi="微软雅黑" w:eastAsia="微软雅黑"/>
          <w:b/>
          <w:color w:val="2D2D2D"/>
          <w:sz w:val="22"/>
        </w:rPr>
        <w:t>同样的 1 小时，精力满格和电量见底，产出天差地别</w:t>
      </w:r>
      <w:r>
        <w:rPr>
          <w:rFonts w:ascii="微软雅黑" w:hAnsi="微软雅黑" w:eastAsia="微软雅黑"/>
          <w:color w:val="2D2D2D"/>
          <w:sz w:val="22"/>
        </w:rPr>
        <w:t>。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正确的做法是：</w:t>
      </w:r>
      <w:r>
        <w:rPr>
          <w:rFonts w:ascii="微软雅黑" w:hAnsi="微软雅黑" w:eastAsia="微软雅黑"/>
          <w:b/>
          <w:color w:val="2D2D2D"/>
          <w:sz w:val="22"/>
        </w:rPr>
        <w:t>按能量排任务，不按时间排任务。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2F6B6B"/>
          </w:tcPr>
          <w:p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时段</w:t>
            </w:r>
          </w:p>
        </w:tc>
        <w:tc>
          <w:tcPr>
            <w:tcW w:type="dxa" w:w="2160"/>
            <w:shd w:val="clear" w:color="auto" w:fill="2F6B6B"/>
          </w:tcPr>
          <w:p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能量状态</w:t>
            </w:r>
          </w:p>
        </w:tc>
        <w:tc>
          <w:tcPr>
            <w:tcW w:type="dxa" w:w="2160"/>
            <w:shd w:val="clear" w:color="auto" w:fill="2F6B6B"/>
          </w:tcPr>
          <w:p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适合做</w:t>
            </w:r>
          </w:p>
        </w:tc>
        <w:tc>
          <w:tcPr>
            <w:tcW w:type="dxa" w:w="2160"/>
            <w:shd w:val="clear" w:color="auto" w:fill="2F6B6B"/>
          </w:tcPr>
          <w:p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别做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早晨（能量高峰）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高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最难、最重要、最需要专注的事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别一睁眼就刷手机、回消息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午后（能量低谷）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低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机械、重复、不需要决策的事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别硬逼自己做重大决定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傍晚（第二峰）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中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沟通、协作、收尾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别开始全新的难题</w:t>
            </w:r>
          </w:p>
        </w:tc>
      </w:tr>
      <w:tr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睡前（修复期）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降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放松、复盘、准备明天</w:t>
            </w:r>
          </w:p>
        </w:tc>
        <w:tc>
          <w:tcPr>
            <w:tcW w:type="dxa" w:w="2160"/>
          </w:tcPr>
          <w:p>
            <w:r>
              <w:rPr>
                <w:rFonts w:ascii="微软雅黑" w:hAnsi="微软雅黑" w:eastAsia="微软雅黑"/>
                <w:color w:val="2D2D2D"/>
                <w:sz w:val="21"/>
              </w:rPr>
              <w:t>别刷劝退内容、别想糟心事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8. 给"高能耗活动"设边界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有些事本身不累，但</w:t>
      </w:r>
      <w:r>
        <w:rPr>
          <w:rFonts w:ascii="微软雅黑" w:hAnsi="微软雅黑" w:eastAsia="微软雅黑"/>
          <w:b/>
          <w:color w:val="2D2D2D"/>
          <w:sz w:val="22"/>
        </w:rPr>
        <w:t>过度了就会漏电</w:t>
      </w:r>
      <w:r>
        <w:rPr>
          <w:rFonts w:ascii="微软雅黑" w:hAnsi="微软雅黑" w:eastAsia="微软雅黑"/>
          <w:color w:val="2D2D2D"/>
          <w:sz w:val="22"/>
        </w:rPr>
        <w:t>。给这几样设个明确边界：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会议 / 社交</w:t>
      </w:r>
      <w:r>
        <w:rPr>
          <w:rFonts w:ascii="微软雅黑" w:hAnsi="微软雅黑" w:eastAsia="微软雅黑"/>
          <w:color w:val="2D2D2D"/>
          <w:sz w:val="22"/>
        </w:rPr>
        <w:t>：能 30 分钟不开 1 小时，能线上不见面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消息</w:t>
      </w:r>
      <w:r>
        <w:rPr>
          <w:rFonts w:ascii="微软雅黑" w:hAnsi="微软雅黑" w:eastAsia="微软雅黑"/>
          <w:color w:val="2D2D2D"/>
          <w:sz w:val="22"/>
        </w:rPr>
        <w:t>：每天固定几个时间点集中回，不是"随时秒回"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刷屏</w:t>
      </w:r>
      <w:r>
        <w:rPr>
          <w:rFonts w:ascii="微软雅黑" w:hAnsi="微软雅黑" w:eastAsia="微软雅黑"/>
          <w:color w:val="2D2D2D"/>
          <w:sz w:val="22"/>
        </w:rPr>
        <w:t>：设个时间上限，到点就停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边界不是冷漠，是</w:t>
      </w:r>
      <w:r>
        <w:rPr>
          <w:rFonts w:ascii="微软雅黑" w:hAnsi="微软雅黑" w:eastAsia="微软雅黑"/>
          <w:b/>
          <w:color w:val="2D2D2D"/>
          <w:sz w:val="22"/>
        </w:rPr>
        <w:t>保护你的能量，让你在该用劲的地方有电</w:t>
      </w:r>
      <w:r>
        <w:rPr>
          <w:rFonts w:ascii="微软雅黑" w:hAnsi="微软雅黑" w:eastAsia="微软雅黑"/>
          <w:color w:val="2D2D2D"/>
          <w:sz w:val="22"/>
        </w:rPr>
        <w:t>。</w:t>
      </w:r>
    </w:p>
    <w:p>
      <w:pPr>
        <w:spacing w:before="200" w:after="80"/>
        <w:pBdr>
          <w:bottom w:val="single" w:sz="6" w:space="2" w:color="2F6B6B"/>
        </w:pBdr>
      </w:pPr>
      <w:r>
        <w:rPr>
          <w:rFonts w:ascii="微软雅黑" w:hAnsi="微软雅黑" w:eastAsia="微软雅黑"/>
          <w:b/>
          <w:color w:val="1F3A4D"/>
          <w:sz w:val="30"/>
        </w:rPr>
        <w:t>第五模块：建立你的能量系统（落地）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9. 7 天能量日记挑战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用一周时间，把上面这套变成习惯：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1</w:t>
      </w:r>
      <w:r>
        <w:rPr>
          <w:rFonts w:ascii="微软雅黑" w:hAnsi="微软雅黑" w:eastAsia="微软雅黑"/>
          <w:color w:val="2D2D2D"/>
          <w:sz w:val="22"/>
        </w:rPr>
        <w:t>：今天 3 次能量打卡（早上 10 点 / 下午 3 点 / 晚上 9 点）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2</w:t>
      </w:r>
      <w:r>
        <w:rPr>
          <w:rFonts w:ascii="微软雅黑" w:hAnsi="微软雅黑" w:eastAsia="微软雅黑"/>
          <w:color w:val="2D2D2D"/>
          <w:sz w:val="22"/>
        </w:rPr>
        <w:t>：记录"今天是什么事让我掉电最快"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3</w:t>
      </w:r>
      <w:r>
        <w:rPr>
          <w:rFonts w:ascii="微软雅黑" w:hAnsi="微软雅黑" w:eastAsia="微软雅黑"/>
          <w:color w:val="2D2D2D"/>
          <w:sz w:val="22"/>
        </w:rPr>
        <w:t>：做一次 3 分钟能量急救（情绪起伏时用）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4</w:t>
      </w:r>
      <w:r>
        <w:rPr>
          <w:rFonts w:ascii="微软雅黑" w:hAnsi="微软雅黑" w:eastAsia="微软雅黑"/>
          <w:color w:val="2D2D2D"/>
          <w:sz w:val="22"/>
        </w:rPr>
        <w:t>：把最难的事挪到能量最高的时段做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5</w:t>
      </w:r>
      <w:r>
        <w:rPr>
          <w:rFonts w:ascii="微软雅黑" w:hAnsi="微软雅黑" w:eastAsia="微软雅黑"/>
          <w:color w:val="2D2D2D"/>
          <w:sz w:val="22"/>
        </w:rPr>
        <w:t>：给一个"高能耗活动"设边界（比如刷屏设上限）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6</w:t>
      </w:r>
      <w:r>
        <w:rPr>
          <w:rFonts w:ascii="微软雅黑" w:hAnsi="微软雅黑" w:eastAsia="微软雅黑"/>
          <w:color w:val="2D2D2D"/>
          <w:sz w:val="22"/>
        </w:rPr>
        <w:t>：做一件"纯粹不为赚钱"的小事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b/>
          <w:color w:val="2D2D2D"/>
          <w:sz w:val="22"/>
        </w:rPr>
        <w:t>Day 7</w:t>
      </w:r>
      <w:r>
        <w:rPr>
          <w:rFonts w:ascii="微软雅黑" w:hAnsi="微软雅黑" w:eastAsia="微软雅黑"/>
          <w:color w:val="2D2D2D"/>
          <w:sz w:val="22"/>
        </w:rPr>
        <w:t>：回看这一周，找到自己最有效的 1 个充电动作，固化成习惯</w:t>
      </w:r>
    </w:p>
    <w:p>
      <w:pPr>
        <w:spacing w:before="160" w:after="80"/>
      </w:pPr>
      <w:r>
        <w:rPr>
          <w:rFonts w:ascii="微软雅黑" w:hAnsi="微软雅黑" w:eastAsia="微软雅黑"/>
          <w:b/>
          <w:color w:val="2F6B6B"/>
          <w:sz w:val="25"/>
        </w:rPr>
        <w:t>10. 速查卡（贴在能看见的地方）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状态不对 → 先判断自己在"能量四象限"哪一格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脑子要炸 → 离开现场 + 看窗外 + 慢呼吸 4 轮 + 喝水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觉得累 → 问"是身体饿了、困了，还是情绪漏电了"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掉电快 → 找到那个反复出现的小习惯，设边界</w:t>
      </w:r>
    </w:p>
    <w:p>
      <w:pPr>
        <w:pStyle w:val="ListBullet"/>
        <w:spacing w:after="40"/>
        <w:ind w:left="576"/>
      </w:pPr>
      <w:r>
        <w:rPr>
          <w:rFonts w:ascii="微软雅黑" w:hAnsi="微软雅黑" w:eastAsia="微软雅黑"/>
          <w:color w:val="2D2D2D"/>
          <w:sz w:val="22"/>
        </w:rPr>
        <w:t>提不起劲 → 做一件具体的小事，别躺着硬想</w:t>
      </w:r>
    </w:p>
    <w:p>
      <w:pPr>
        <w:spacing w:before="80" w:after="160"/>
        <w:ind w:left="432" w:right="432"/>
        <w:shd w:val="clear" w:color="auto" w:fill="E8F1F1"/>
      </w:pPr>
      <w:r>
        <w:rPr>
          <w:rFonts w:ascii="微软雅黑" w:hAnsi="微软雅黑" w:eastAsia="微软雅黑"/>
          <w:i/>
          <w:color w:val="1F3A4D"/>
          <w:sz w:val="21"/>
        </w:rPr>
        <w:t>情绪不是你要战胜的东西，是你身体在跟你说话。&lt;br&gt;听懂它、照顾好它，你的能量就回来了。</w:t>
      </w:r>
    </w:p>
    <w:p>
      <w:pPr>
        <w:spacing w:before="200" w:after="80"/>
        <w:pBdr>
          <w:bottom w:val="single" w:sz="6" w:space="2" w:color="2F6B6B"/>
        </w:pBdr>
      </w:pPr>
      <w:r>
        <w:rPr>
          <w:rFonts w:ascii="微软雅黑" w:hAnsi="微软雅黑" w:eastAsia="微软雅黑"/>
          <w:b/>
          <w:color w:val="1F3A4D"/>
          <w:sz w:val="30"/>
        </w:rPr>
        <w:t>写在最后：睡眠，是这套系统的底座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上面所有的省电、充电方法，都建立在一个前提上——</w:t>
      </w:r>
      <w:r>
        <w:rPr>
          <w:rFonts w:ascii="微软雅黑" w:hAnsi="微软雅黑" w:eastAsia="微软雅黑"/>
          <w:b/>
          <w:color w:val="2D2D2D"/>
          <w:sz w:val="22"/>
        </w:rPr>
        <w:t>你睡得够、睡得稳</w:t>
      </w:r>
      <w:r>
        <w:rPr>
          <w:rFonts w:ascii="微软雅黑" w:hAnsi="微软雅黑" w:eastAsia="微软雅黑"/>
          <w:color w:val="2D2D2D"/>
          <w:sz w:val="22"/>
        </w:rPr>
        <w:t>。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睡不好，能量系统就像一部一直在漏电的手机：白天补再多，夜里也在悄悄流失。这也是为什么，情绪和睡眠从来分不开。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如果你发现自己长期睡不好、状态反反复复，光靠自己调已经吃力，可以先花 2 分钟做一个免费睡眠分型测评，先搞清楚自己是哪一类失眠，再对症解决：</w:t>
      </w:r>
    </w:p>
    <w:p>
      <w:pPr>
        <w:spacing w:before="80" w:after="160"/>
        <w:ind w:left="432" w:right="432"/>
        <w:shd w:val="clear" w:color="auto" w:fill="E8F1F1"/>
      </w:pPr>
      <w:r>
        <w:rPr>
          <w:rFonts w:ascii="微软雅黑" w:hAnsi="微软雅黑" w:eastAsia="微软雅黑"/>
          <w:i/>
          <w:color w:val="1F3A4D"/>
          <w:sz w:val="21"/>
        </w:rPr>
        <w:t>直接进官网测评：shuimian.xyz，2 分钟搞清楚自己的失眠类型。</w:t>
      </w:r>
    </w:p>
    <w:p>
      <w:pPr>
        <w:spacing w:after="120" w:line="360" w:lineRule="auto"/>
      </w:pPr>
      <w:r>
        <w:rPr>
          <w:rFonts w:ascii="微软雅黑" w:hAnsi="微软雅黑" w:eastAsia="微软雅黑"/>
          <w:color w:val="2D2D2D"/>
          <w:sz w:val="22"/>
        </w:rPr>
        <w:t>想被人陪着系统把睡眠和状态一起拉回来，也可以了解 56 天睡眠力训练营——先分型、再制定节奏，每期只带 6 人，有陪伴、有日志、有反馈。详情在官网 shuimian.xyz。</w:t>
      </w:r>
    </w:p>
    <w:p>
      <w:pPr>
        <w:spacing w:after="120" w:line="360" w:lineRule="auto"/>
      </w:pPr>
      <w:r>
        <w:rPr>
          <w:rFonts w:ascii="微软雅黑" w:hAnsi="微软雅黑" w:eastAsia="微软雅黑"/>
          <w:b/>
          <w:color w:val="2D2D2D"/>
          <w:sz w:val="22"/>
        </w:rPr>
        <w:t>先把自己这盏灯护好，你才有能量去照亮别人。</w:t>
      </w:r>
    </w:p>
    <w:p>
      <w:pPr>
        <w:spacing w:after="120" w:line="360" w:lineRule="auto"/>
      </w:pPr>
      <w:r>
        <w:rPr>
          <w:rFonts w:ascii="微软雅黑" w:hAnsi="微软雅黑" w:eastAsia="微软雅黑"/>
          <w:i/>
          <w:color w:val="2D2D2D"/>
          <w:sz w:val="22"/>
        </w:rPr>
        <w:t>本文基于情绪调节与压力管理的科学方法编写，不构成医疗诊断。长期情绪困扰、严重失眠或正在用药者，请咨询专业人士。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color w:val="2D2D2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